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B28F" w14:textId="77777777" w:rsidR="00C36338" w:rsidRDefault="00000000">
      <w:pPr>
        <w:spacing w:after="120" w:line="259" w:lineRule="auto"/>
        <w:jc w:val="center"/>
      </w:pPr>
      <w:r>
        <w:rPr>
          <w:noProof/>
        </w:rPr>
        <w:drawing>
          <wp:inline distT="0" distB="0" distL="0" distR="0" wp14:anchorId="1ADC183F" wp14:editId="089AF013">
            <wp:extent cx="6629400" cy="163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 and Gold Banner.png"/>
                    <pic:cNvPicPr/>
                  </pic:nvPicPr>
                  <pic:blipFill>
                    <a:blip r:embed="rId8"/>
                    <a:stretch>
                      <a:fillRect/>
                    </a:stretch>
                  </pic:blipFill>
                  <pic:spPr>
                    <a:xfrm>
                      <a:off x="0" y="0"/>
                      <a:ext cx="6629400" cy="1637525"/>
                    </a:xfrm>
                    <a:prstGeom prst="rect">
                      <a:avLst/>
                    </a:prstGeom>
                  </pic:spPr>
                </pic:pic>
              </a:graphicData>
            </a:graphic>
          </wp:inline>
        </w:drawing>
      </w:r>
    </w:p>
    <w:p w14:paraId="553BEF51" w14:textId="77777777" w:rsidR="00C36338" w:rsidRDefault="00000000">
      <w:pPr>
        <w:spacing w:after="160" w:line="259" w:lineRule="auto"/>
        <w:jc w:val="center"/>
      </w:pPr>
      <w:r>
        <w:rPr>
          <w:b/>
          <w:color w:val="06234B"/>
          <w:sz w:val="36"/>
        </w:rPr>
        <w:t>ROOTED IN THE WORD</w:t>
      </w:r>
    </w:p>
    <w:p w14:paraId="7758C852" w14:textId="77777777" w:rsidR="00C36338" w:rsidRDefault="00000000">
      <w:pPr>
        <w:spacing w:after="160" w:line="259" w:lineRule="auto"/>
        <w:jc w:val="center"/>
      </w:pPr>
      <w:r>
        <w:rPr>
          <w:b/>
          <w:color w:val="06234B"/>
          <w:sz w:val="44"/>
        </w:rPr>
        <w:t>FALL SESSION 2026</w:t>
      </w:r>
    </w:p>
    <w:p w14:paraId="2409E016" w14:textId="77777777" w:rsidR="00C36338" w:rsidRDefault="00000000">
      <w:pPr>
        <w:spacing w:after="120" w:line="259" w:lineRule="auto"/>
        <w:jc w:val="center"/>
      </w:pPr>
      <w:r>
        <w:rPr>
          <w:b/>
          <w:i/>
          <w:color w:val="4B5563"/>
          <w:sz w:val="26"/>
        </w:rPr>
        <w:t>A journey through Luke and Acts</w:t>
      </w:r>
    </w:p>
    <w:p w14:paraId="29E66DDB" w14:textId="77777777" w:rsidR="00C36338" w:rsidRDefault="00000000">
      <w:pPr>
        <w:spacing w:after="120" w:line="259" w:lineRule="auto"/>
        <w:jc w:val="center"/>
      </w:pPr>
      <w:r>
        <w:rPr>
          <w:color w:val="C59540"/>
          <w:sz w:val="26"/>
        </w:rPr>
        <w:t>Formed by Christ. Rooted in Scripture. Steady Together.</w:t>
      </w:r>
    </w:p>
    <w:tbl>
      <w:tblPr>
        <w:tblW w:w="9300" w:type="dxa"/>
        <w:jc w:val="center"/>
        <w:tblLook w:val="04A0" w:firstRow="1" w:lastRow="0" w:firstColumn="1" w:lastColumn="0" w:noHBand="0" w:noVBand="1"/>
      </w:tblPr>
      <w:tblGrid>
        <w:gridCol w:w="9300"/>
      </w:tblGrid>
      <w:tr w:rsidR="00C36338" w14:paraId="6B66FFDF" w14:textId="77777777">
        <w:trPr>
          <w:cantSplit/>
          <w:jc w:val="center"/>
        </w:trPr>
        <w:tc>
          <w:tcPr>
            <w:tcW w:w="10656" w:type="dxa"/>
            <w:tcBorders>
              <w:top w:val="single" w:sz="10" w:space="0" w:color="C59540"/>
              <w:left w:val="single" w:sz="10" w:space="0" w:color="C59540"/>
              <w:bottom w:val="single" w:sz="10" w:space="0" w:color="C59540"/>
              <w:right w:val="single" w:sz="10" w:space="0" w:color="C59540"/>
            </w:tcBorders>
            <w:shd w:val="clear" w:color="auto" w:fill="FBFAF7"/>
            <w:tcMar>
              <w:top w:w="110" w:type="dxa"/>
              <w:left w:w="130" w:type="dxa"/>
              <w:bottom w:w="110" w:type="dxa"/>
              <w:right w:w="130" w:type="dxa"/>
            </w:tcMar>
          </w:tcPr>
          <w:p w14:paraId="08113770" w14:textId="77777777" w:rsidR="00C36338" w:rsidRDefault="00000000">
            <w:pPr>
              <w:spacing w:after="80" w:line="252" w:lineRule="auto"/>
            </w:pPr>
            <w:r>
              <w:rPr>
                <w:b/>
                <w:color w:val="C59540"/>
              </w:rPr>
              <w:t>WHAT THIS FALL IS ABOUT</w:t>
            </w:r>
          </w:p>
          <w:p w14:paraId="1788851A" w14:textId="77777777" w:rsidR="00C36338" w:rsidRDefault="00000000">
            <w:pPr>
              <w:spacing w:after="80" w:line="252" w:lineRule="auto"/>
            </w:pPr>
            <w:r>
              <w:t>This fall session is a steady rhythm through Luke and Acts. We will read Scripture about 10 minutes a day, keep Sundays open for catch-up and rest, and gather in person every other Monday for discussion, prayer, encouragement, and real brotherhood.</w:t>
            </w:r>
          </w:p>
        </w:tc>
      </w:tr>
      <w:tr w:rsidR="00C36338" w14:paraId="79CED87D" w14:textId="77777777">
        <w:trPr>
          <w:cantSplit/>
          <w:jc w:val="center"/>
        </w:trPr>
        <w:tc>
          <w:tcPr>
            <w:tcW w:w="10656" w:type="dxa"/>
            <w:tcBorders>
              <w:top w:val="single" w:sz="10" w:space="0" w:color="06234B"/>
              <w:left w:val="single" w:sz="10" w:space="0" w:color="06234B"/>
              <w:bottom w:val="single" w:sz="10" w:space="0" w:color="06234B"/>
              <w:right w:val="single" w:sz="10" w:space="0" w:color="06234B"/>
            </w:tcBorders>
            <w:shd w:val="clear" w:color="auto" w:fill="EAF0F4"/>
            <w:tcMar>
              <w:top w:w="110" w:type="dxa"/>
              <w:left w:w="130" w:type="dxa"/>
              <w:bottom w:w="110" w:type="dxa"/>
              <w:right w:w="130" w:type="dxa"/>
            </w:tcMar>
          </w:tcPr>
          <w:p w14:paraId="69730E83" w14:textId="77777777" w:rsidR="00C36338" w:rsidRDefault="00000000">
            <w:pPr>
              <w:spacing w:after="80" w:line="252" w:lineRule="auto"/>
            </w:pPr>
            <w:r>
              <w:rPr>
                <w:b/>
                <w:color w:val="C59540"/>
              </w:rPr>
              <w:t>PURPOSE</w:t>
            </w:r>
          </w:p>
          <w:p w14:paraId="7E00A535" w14:textId="77777777" w:rsidR="00C36338" w:rsidRDefault="00000000">
            <w:pPr>
              <w:spacing w:after="80" w:line="252" w:lineRule="auto"/>
            </w:pPr>
            <w:r>
              <w:t>Steady Men exists to help everyday men be intentionally formed by Christ through daily Scripture, honest brotherhood, prayer, and accountability. As our hearts are pointed toward God, our lives should show the evidence of that formation in our homes, churches, workplaces, and communities.</w:t>
            </w:r>
          </w:p>
        </w:tc>
      </w:tr>
    </w:tbl>
    <w:p w14:paraId="0F542587" w14:textId="77777777" w:rsidR="00C36338" w:rsidRDefault="00000000">
      <w:pPr>
        <w:spacing w:after="120" w:line="259" w:lineRule="auto"/>
      </w:pPr>
      <w:r>
        <w:br w:type="page"/>
      </w:r>
    </w:p>
    <w:p w14:paraId="2A307819" w14:textId="77777777" w:rsidR="00C36338" w:rsidRDefault="00000000">
      <w:pPr>
        <w:spacing w:before="200" w:after="120" w:line="259" w:lineRule="auto"/>
      </w:pPr>
      <w:r>
        <w:rPr>
          <w:b/>
          <w:color w:val="06234B"/>
          <w:sz w:val="32"/>
        </w:rPr>
        <w:lastRenderedPageBreak/>
        <w:t>STEADY MEN - ROOTED IN THE WORD</w:t>
      </w:r>
    </w:p>
    <w:p w14:paraId="207C1892" w14:textId="77777777" w:rsidR="00C36338" w:rsidRDefault="00000000">
      <w:pPr>
        <w:spacing w:after="120" w:line="259" w:lineRule="auto"/>
      </w:pPr>
      <w:r>
        <w:rPr>
          <w:color w:val="C59540"/>
        </w:rPr>
        <w:t>Fall Session 2026 | September 21 - December 5 | Luke + Acts</w:t>
      </w:r>
    </w:p>
    <w:p w14:paraId="53C76970" w14:textId="77777777" w:rsidR="00C36338" w:rsidRDefault="00000000">
      <w:pPr>
        <w:spacing w:before="200" w:after="120" w:line="259" w:lineRule="auto"/>
      </w:pPr>
      <w:r>
        <w:rPr>
          <w:b/>
          <w:color w:val="06234B"/>
          <w:sz w:val="32"/>
        </w:rPr>
        <w:t>WHAT STEADY MEN IS ABOUT</w:t>
      </w:r>
    </w:p>
    <w:p w14:paraId="2424C3B5" w14:textId="77777777" w:rsidR="00C36338" w:rsidRDefault="00000000">
      <w:pPr>
        <w:spacing w:after="120" w:line="259" w:lineRule="auto"/>
      </w:pPr>
      <w:r>
        <w:t>Steady Men is built around a simple idea: men are being formed every day by something. The goal is to intentionally put God’s Word in front of us, stay connected with other men, pray honestly, and let Christ form the kind of men we are becoming.</w:t>
      </w:r>
    </w:p>
    <w:p w14:paraId="3174BE50" w14:textId="77777777" w:rsidR="00C36338" w:rsidRDefault="00000000">
      <w:pPr>
        <w:spacing w:after="120" w:line="259" w:lineRule="auto"/>
      </w:pPr>
      <w:r>
        <w:t>This fall we will move through Luke and Acts. Luke shows us Jesus - His life, teaching, compassion, authority, death, and resurrection. Acts shows the Spirit-formed church living as witnesses in the world. Together, these books help us see both the way of Jesus and the mission of His people.</w:t>
      </w:r>
    </w:p>
    <w:tbl>
      <w:tblPr>
        <w:tblW w:w="9300" w:type="dxa"/>
        <w:jc w:val="center"/>
        <w:tblLook w:val="04A0" w:firstRow="1" w:lastRow="0" w:firstColumn="1" w:lastColumn="0" w:noHBand="0" w:noVBand="1"/>
      </w:tblPr>
      <w:tblGrid>
        <w:gridCol w:w="9300"/>
      </w:tblGrid>
      <w:tr w:rsidR="00C36338" w14:paraId="78F79D17" w14:textId="77777777">
        <w:trPr>
          <w:cantSplit/>
          <w:jc w:val="center"/>
        </w:trPr>
        <w:tc>
          <w:tcPr>
            <w:tcW w:w="10656" w:type="dxa"/>
            <w:tcBorders>
              <w:top w:val="single" w:sz="10" w:space="0" w:color="C59540"/>
              <w:left w:val="single" w:sz="10" w:space="0" w:color="C59540"/>
              <w:bottom w:val="single" w:sz="10" w:space="0" w:color="C59540"/>
              <w:right w:val="single" w:sz="10" w:space="0" w:color="C59540"/>
            </w:tcBorders>
            <w:shd w:val="clear" w:color="auto" w:fill="F4F3F0"/>
            <w:tcMar>
              <w:top w:w="110" w:type="dxa"/>
              <w:left w:w="130" w:type="dxa"/>
              <w:bottom w:w="110" w:type="dxa"/>
              <w:right w:w="130" w:type="dxa"/>
            </w:tcMar>
          </w:tcPr>
          <w:p w14:paraId="66B5C872" w14:textId="77777777" w:rsidR="00C36338" w:rsidRDefault="00000000">
            <w:pPr>
              <w:spacing w:after="80" w:line="252" w:lineRule="auto"/>
            </w:pPr>
            <w:r>
              <w:rPr>
                <w:b/>
                <w:color w:val="C59540"/>
              </w:rPr>
              <w:t>THE RHYTHM</w:t>
            </w:r>
          </w:p>
          <w:p w14:paraId="66D79EE5" w14:textId="77777777" w:rsidR="00C36338" w:rsidRDefault="00000000">
            <w:pPr>
              <w:spacing w:after="80" w:line="252" w:lineRule="auto"/>
            </w:pPr>
            <w:r>
              <w:t>Daily Scripture. Open Sundays. In-person Study Nights every other Monday. Simple check-ins and encouragement through WhatsApp. The goal is not to rush or perform; the goal is to keep showing up and let God’s Word shape us over time.</w:t>
            </w:r>
          </w:p>
        </w:tc>
      </w:tr>
      <w:tr w:rsidR="00C36338" w14:paraId="75428E96" w14:textId="77777777">
        <w:trPr>
          <w:cantSplit/>
          <w:jc w:val="center"/>
        </w:trPr>
        <w:tc>
          <w:tcPr>
            <w:tcW w:w="10656" w:type="dxa"/>
            <w:tcBorders>
              <w:top w:val="single" w:sz="10" w:space="0" w:color="C59540"/>
              <w:left w:val="single" w:sz="10" w:space="0" w:color="C59540"/>
              <w:bottom w:val="single" w:sz="10" w:space="0" w:color="C59540"/>
              <w:right w:val="single" w:sz="10" w:space="0" w:color="C59540"/>
            </w:tcBorders>
            <w:shd w:val="clear" w:color="auto" w:fill="F4F3F0"/>
            <w:tcMar>
              <w:top w:w="110" w:type="dxa"/>
              <w:left w:w="130" w:type="dxa"/>
              <w:bottom w:w="110" w:type="dxa"/>
              <w:right w:w="130" w:type="dxa"/>
            </w:tcMar>
          </w:tcPr>
          <w:p w14:paraId="4E527CC2" w14:textId="77777777" w:rsidR="00C36338" w:rsidRDefault="00000000">
            <w:r>
              <w:rPr>
                <w:rFonts w:ascii="Georgia" w:eastAsia="Georgia" w:hAnsi="Georgia"/>
                <w:b/>
                <w:color w:val="C48223"/>
                <w:sz w:val="26"/>
              </w:rPr>
              <w:t>LEADING AT HOME</w:t>
            </w:r>
          </w:p>
          <w:p w14:paraId="4D88ECA0" w14:textId="77777777" w:rsidR="00C36338" w:rsidRDefault="00000000">
            <w:pPr>
              <w:spacing w:after="120" w:line="259" w:lineRule="auto"/>
            </w:pPr>
            <w:r>
              <w:rPr>
                <w:rFonts w:ascii="Georgia" w:eastAsia="Georgia" w:hAnsi="Georgia"/>
                <w:color w:val="1C2734"/>
              </w:rPr>
              <w:t>One of the hopes of Steady Men is that what we are reading does not stay only with us. As men, we have an opportunity to gently lead our homes by bringing God's Word into normal family life.</w:t>
            </w:r>
          </w:p>
          <w:p w14:paraId="18EAA146" w14:textId="77777777" w:rsidR="00C36338" w:rsidRDefault="00000000">
            <w:pPr>
              <w:spacing w:after="120" w:line="259" w:lineRule="auto"/>
            </w:pPr>
            <w:r>
              <w:rPr>
                <w:rFonts w:ascii="Georgia" w:eastAsia="Georgia" w:hAnsi="Georgia"/>
                <w:color w:val="1C2734"/>
              </w:rPr>
              <w:t>This is not a main requirement of the group, and it is not meant to add pressure or create another thing to keep up with. It is simply an optional tool for men who want to share the daily Scripture reading with their wife, family, kids, or even a friend.</w:t>
            </w:r>
          </w:p>
          <w:p w14:paraId="7C39CA86" w14:textId="77777777" w:rsidR="00C36338" w:rsidRDefault="00000000">
            <w:pPr>
              <w:spacing w:after="120" w:line="259" w:lineRule="auto"/>
            </w:pPr>
            <w:r>
              <w:rPr>
                <w:rFonts w:ascii="Georgia" w:eastAsia="Georgia" w:hAnsi="Georgia"/>
                <w:color w:val="1C2734"/>
              </w:rPr>
              <w:t>This does not need to be complicated or formal. It may be as simple as sending the day's Scripture reading, reading a short passage together, or letting the reading create a natural conversation at home.</w:t>
            </w:r>
          </w:p>
          <w:p w14:paraId="501B7D8D" w14:textId="77777777" w:rsidR="00C36338" w:rsidRDefault="00000000">
            <w:pPr>
              <w:spacing w:after="120" w:line="259" w:lineRule="auto"/>
            </w:pPr>
            <w:r>
              <w:rPr>
                <w:rFonts w:ascii="Georgia" w:eastAsia="Georgia" w:hAnsi="Georgia"/>
                <w:color w:val="1C2734"/>
              </w:rPr>
              <w:t>The goal is not to force a perfect family devotional rhythm. The goal is to help God's Word become part of our homes, our conversations, and the way we lead and love the people closest to us.</w:t>
            </w:r>
          </w:p>
          <w:p w14:paraId="49AC6243" w14:textId="77777777" w:rsidR="00C36338" w:rsidRDefault="00000000">
            <w:pPr>
              <w:spacing w:after="120" w:line="259" w:lineRule="auto"/>
            </w:pPr>
            <w:r>
              <w:rPr>
                <w:rFonts w:ascii="Georgia" w:eastAsia="Georgia" w:hAnsi="Georgia"/>
                <w:color w:val="1C2734"/>
              </w:rPr>
              <w:t xml:space="preserve">This connects with </w:t>
            </w:r>
            <w:r>
              <w:rPr>
                <w:rFonts w:ascii="Georgia" w:eastAsia="Georgia" w:hAnsi="Georgia"/>
                <w:b/>
                <w:color w:val="1C2734"/>
              </w:rPr>
              <w:t>Deuteronomy 6:5-9</w:t>
            </w:r>
            <w:r>
              <w:rPr>
                <w:rFonts w:ascii="Georgia" w:eastAsia="Georgia" w:hAnsi="Georgia"/>
                <w:color w:val="1C2734"/>
              </w:rPr>
              <w:t>, where God's Word is not only something to know privately, but something carried in the heart and talked about in the normal rhythms of life.</w:t>
            </w:r>
          </w:p>
        </w:tc>
      </w:tr>
    </w:tbl>
    <w:p w14:paraId="15650010" w14:textId="77777777" w:rsidR="00C36338" w:rsidRDefault="00000000">
      <w:pPr>
        <w:spacing w:before="200" w:after="120" w:line="259" w:lineRule="auto"/>
      </w:pPr>
      <w:r>
        <w:rPr>
          <w:b/>
          <w:color w:val="06234B"/>
          <w:sz w:val="32"/>
        </w:rPr>
        <w:t>STUDY NIGHTS</w:t>
      </w:r>
    </w:p>
    <w:p w14:paraId="5EC02B1F" w14:textId="77777777" w:rsidR="00C36338" w:rsidRDefault="00000000">
      <w:pPr>
        <w:spacing w:after="120" w:line="259" w:lineRule="auto"/>
      </w:pPr>
      <w:r>
        <w:t>Study Nights will be in person every other Monday from 8:00-9:30 PM. These nights are meant to be casual and honest: Scripture discussion, prayer, encouragement, accountability, snacks, and possibly a campfire when weather allows. If the weather does not work, we will meet inside. Further details will be shared through WhatsApp.</w:t>
      </w:r>
    </w:p>
    <w:p w14:paraId="0D431EC7" w14:textId="77777777" w:rsidR="00C36338" w:rsidRDefault="00000000">
      <w:pPr>
        <w:spacing w:before="200" w:after="120" w:line="259" w:lineRule="auto"/>
      </w:pPr>
      <w:r>
        <w:rPr>
          <w:b/>
          <w:color w:val="06234B"/>
          <w:sz w:val="32"/>
        </w:rPr>
        <w:lastRenderedPageBreak/>
        <w:t>FALL SCHEDULE</w:t>
      </w:r>
    </w:p>
    <w:tbl>
      <w:tblPr>
        <w:tblStyle w:val="TableGrid"/>
        <w:tblW w:w="9300" w:type="dxa"/>
        <w:jc w:val="center"/>
        <w:tblLook w:val="04A0" w:firstRow="1" w:lastRow="0" w:firstColumn="1" w:lastColumn="0" w:noHBand="0" w:noVBand="1"/>
      </w:tblPr>
      <w:tblGrid>
        <w:gridCol w:w="3161"/>
        <w:gridCol w:w="3117"/>
        <w:gridCol w:w="3022"/>
      </w:tblGrid>
      <w:tr w:rsidR="00C36338" w14:paraId="7123EA3E" w14:textId="77777777">
        <w:trPr>
          <w:cantSplit/>
          <w:tblHeader/>
          <w:jc w:val="center"/>
        </w:trPr>
        <w:tc>
          <w:tcPr>
            <w:tcW w:w="3384" w:type="dxa"/>
            <w:tcBorders>
              <w:top w:val="single" w:sz="8" w:space="0" w:color="06234B"/>
              <w:left w:val="single" w:sz="8" w:space="0" w:color="06234B"/>
              <w:bottom w:val="single" w:sz="8" w:space="0" w:color="06234B"/>
              <w:right w:val="single" w:sz="8" w:space="0" w:color="06234B"/>
            </w:tcBorders>
            <w:shd w:val="clear" w:color="auto" w:fill="06234B"/>
            <w:tcMar>
              <w:top w:w="80" w:type="dxa"/>
              <w:left w:w="80" w:type="dxa"/>
              <w:bottom w:w="80" w:type="dxa"/>
              <w:right w:w="80" w:type="dxa"/>
            </w:tcMar>
          </w:tcPr>
          <w:p w14:paraId="63007BF4" w14:textId="77777777" w:rsidR="00C36338" w:rsidRDefault="00000000">
            <w:pPr>
              <w:spacing w:after="80" w:line="252" w:lineRule="auto"/>
            </w:pPr>
            <w:r>
              <w:rPr>
                <w:b/>
                <w:color w:val="FFFFFF"/>
              </w:rPr>
              <w:t>DATE</w:t>
            </w:r>
          </w:p>
        </w:tc>
        <w:tc>
          <w:tcPr>
            <w:tcW w:w="3384" w:type="dxa"/>
            <w:tcBorders>
              <w:top w:val="single" w:sz="8" w:space="0" w:color="06234B"/>
              <w:left w:val="single" w:sz="8" w:space="0" w:color="06234B"/>
              <w:bottom w:val="single" w:sz="8" w:space="0" w:color="06234B"/>
              <w:right w:val="single" w:sz="8" w:space="0" w:color="06234B"/>
            </w:tcBorders>
            <w:shd w:val="clear" w:color="auto" w:fill="06234B"/>
            <w:tcMar>
              <w:top w:w="80" w:type="dxa"/>
              <w:left w:w="80" w:type="dxa"/>
              <w:bottom w:w="80" w:type="dxa"/>
              <w:right w:w="80" w:type="dxa"/>
            </w:tcMar>
          </w:tcPr>
          <w:p w14:paraId="24A01A4E" w14:textId="77777777" w:rsidR="00C36338" w:rsidRDefault="00000000">
            <w:pPr>
              <w:spacing w:after="80" w:line="252" w:lineRule="auto"/>
            </w:pPr>
            <w:r>
              <w:rPr>
                <w:b/>
                <w:color w:val="FFFFFF"/>
              </w:rPr>
              <w:t>WHAT</w:t>
            </w:r>
          </w:p>
        </w:tc>
        <w:tc>
          <w:tcPr>
            <w:tcW w:w="3311" w:type="dxa"/>
            <w:tcBorders>
              <w:top w:val="single" w:sz="8" w:space="0" w:color="06234B"/>
              <w:left w:val="single" w:sz="8" w:space="0" w:color="06234B"/>
              <w:bottom w:val="single" w:sz="8" w:space="0" w:color="06234B"/>
              <w:right w:val="single" w:sz="8" w:space="0" w:color="06234B"/>
            </w:tcBorders>
            <w:shd w:val="clear" w:color="auto" w:fill="06234B"/>
            <w:tcMar>
              <w:top w:w="80" w:type="dxa"/>
              <w:left w:w="80" w:type="dxa"/>
              <w:bottom w:w="80" w:type="dxa"/>
              <w:right w:w="80" w:type="dxa"/>
            </w:tcMar>
          </w:tcPr>
          <w:p w14:paraId="2D1DF3EF" w14:textId="77777777" w:rsidR="00C36338" w:rsidRDefault="00000000">
            <w:pPr>
              <w:spacing w:after="80" w:line="252" w:lineRule="auto"/>
            </w:pPr>
            <w:r>
              <w:rPr>
                <w:b/>
                <w:color w:val="FFFFFF"/>
              </w:rPr>
              <w:t>TIME</w:t>
            </w:r>
          </w:p>
        </w:tc>
      </w:tr>
      <w:tr w:rsidR="00C36338" w14:paraId="4D3B20D9"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09DE453D" w14:textId="77777777" w:rsidR="00C36338" w:rsidRDefault="00000000">
            <w:pPr>
              <w:spacing w:after="80" w:line="252" w:lineRule="auto"/>
            </w:pPr>
            <w:r>
              <w:rPr>
                <w:b/>
              </w:rPr>
              <w:t>Monday, September 21</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2F12DA40" w14:textId="77777777" w:rsidR="00C36338" w:rsidRDefault="00000000">
            <w:pPr>
              <w:spacing w:after="80" w:line="252" w:lineRule="auto"/>
            </w:pPr>
            <w:r>
              <w:rPr>
                <w:b/>
              </w:rPr>
              <w:t>Launch / Study Night 1</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014B9FB9" w14:textId="77777777" w:rsidR="00C36338" w:rsidRDefault="00000000">
            <w:pPr>
              <w:spacing w:after="80" w:line="252" w:lineRule="auto"/>
            </w:pPr>
            <w:r>
              <w:t>8:00-9:30 PM</w:t>
            </w:r>
          </w:p>
        </w:tc>
      </w:tr>
      <w:tr w:rsidR="00C36338" w14:paraId="7AE45BC7"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7067F7DA" w14:textId="7133A5AD" w:rsidR="00C36338" w:rsidRDefault="00642A93">
            <w:pPr>
              <w:spacing w:after="80" w:line="252" w:lineRule="auto"/>
            </w:pPr>
            <w:r>
              <w:rPr>
                <w:b/>
              </w:rPr>
              <w:t>Tuesday</w:t>
            </w:r>
            <w:r w:rsidR="00000000">
              <w:rPr>
                <w:b/>
              </w:rPr>
              <w:t xml:space="preserve">, October </w:t>
            </w:r>
            <w:r>
              <w:rPr>
                <w:b/>
              </w:rPr>
              <w:t>6</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5F9C5563" w14:textId="77777777" w:rsidR="00C36338" w:rsidRDefault="00000000">
            <w:pPr>
              <w:spacing w:after="80" w:line="252" w:lineRule="auto"/>
            </w:pPr>
            <w:r>
              <w:rPr>
                <w:b/>
              </w:rPr>
              <w:t>Study Night 2</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0B84A616" w14:textId="77777777" w:rsidR="00C36338" w:rsidRDefault="00000000">
            <w:pPr>
              <w:spacing w:after="80" w:line="252" w:lineRule="auto"/>
            </w:pPr>
            <w:r>
              <w:t>8:00-9:30 PM</w:t>
            </w:r>
          </w:p>
        </w:tc>
      </w:tr>
      <w:tr w:rsidR="00C36338" w14:paraId="5B29EF09"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25A1CD91" w14:textId="77777777" w:rsidR="00C36338" w:rsidRDefault="00000000">
            <w:pPr>
              <w:spacing w:after="80" w:line="252" w:lineRule="auto"/>
            </w:pPr>
            <w:r>
              <w:rPr>
                <w:b/>
              </w:rPr>
              <w:t>Monday, October 19</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4B57F949" w14:textId="77777777" w:rsidR="00C36338" w:rsidRDefault="00000000">
            <w:pPr>
              <w:spacing w:after="80" w:line="252" w:lineRule="auto"/>
            </w:pPr>
            <w:r>
              <w:rPr>
                <w:b/>
              </w:rPr>
              <w:t>Study Night 3</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0903358C" w14:textId="77777777" w:rsidR="00C36338" w:rsidRDefault="00000000">
            <w:pPr>
              <w:spacing w:after="80" w:line="252" w:lineRule="auto"/>
            </w:pPr>
            <w:r>
              <w:t>8:00-9:30 PM</w:t>
            </w:r>
          </w:p>
        </w:tc>
      </w:tr>
      <w:tr w:rsidR="00C36338" w14:paraId="781BD04D"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72C4086E" w14:textId="77777777" w:rsidR="00C36338" w:rsidRDefault="00000000">
            <w:pPr>
              <w:spacing w:after="80" w:line="252" w:lineRule="auto"/>
            </w:pPr>
            <w:r>
              <w:rPr>
                <w:b/>
              </w:rPr>
              <w:t>Monday, November 2</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65844DD5" w14:textId="77777777" w:rsidR="00C36338" w:rsidRDefault="00000000">
            <w:pPr>
              <w:spacing w:after="80" w:line="252" w:lineRule="auto"/>
            </w:pPr>
            <w:r>
              <w:rPr>
                <w:b/>
              </w:rPr>
              <w:t>Study Night 4</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1FAAD78C" w14:textId="77777777" w:rsidR="00C36338" w:rsidRDefault="00000000">
            <w:pPr>
              <w:spacing w:after="80" w:line="252" w:lineRule="auto"/>
            </w:pPr>
            <w:r>
              <w:t>8:00-9:30 PM</w:t>
            </w:r>
          </w:p>
        </w:tc>
      </w:tr>
      <w:tr w:rsidR="00C36338" w14:paraId="1979EF1E"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5E130DE3" w14:textId="77777777" w:rsidR="00C36338" w:rsidRDefault="00000000">
            <w:pPr>
              <w:spacing w:after="80" w:line="252" w:lineRule="auto"/>
            </w:pPr>
            <w:r>
              <w:rPr>
                <w:b/>
              </w:rPr>
              <w:t>Monday, November 16</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1C08974E" w14:textId="77777777" w:rsidR="00C36338" w:rsidRDefault="00000000">
            <w:pPr>
              <w:spacing w:after="80" w:line="252" w:lineRule="auto"/>
            </w:pPr>
            <w:r>
              <w:rPr>
                <w:b/>
              </w:rPr>
              <w:t>Study Night 5</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10A15D03" w14:textId="77777777" w:rsidR="00C36338" w:rsidRDefault="00000000">
            <w:pPr>
              <w:spacing w:after="80" w:line="252" w:lineRule="auto"/>
            </w:pPr>
            <w:r>
              <w:t>8:00-9:30 PM</w:t>
            </w:r>
          </w:p>
        </w:tc>
      </w:tr>
      <w:tr w:rsidR="00C36338" w14:paraId="27220EBC"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75D7201F" w14:textId="77777777" w:rsidR="00C36338" w:rsidRDefault="00000000">
            <w:pPr>
              <w:spacing w:after="80" w:line="252" w:lineRule="auto"/>
            </w:pPr>
            <w:r>
              <w:rPr>
                <w:b/>
              </w:rPr>
              <w:t>Monday, November 30</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58F83760" w14:textId="77777777" w:rsidR="00C36338" w:rsidRDefault="00000000">
            <w:pPr>
              <w:spacing w:after="80" w:line="252" w:lineRule="auto"/>
            </w:pPr>
            <w:r>
              <w:rPr>
                <w:b/>
              </w:rPr>
              <w:t>Study Night 6</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4571504A" w14:textId="77777777" w:rsidR="00C36338" w:rsidRDefault="00000000">
            <w:pPr>
              <w:spacing w:after="80" w:line="252" w:lineRule="auto"/>
            </w:pPr>
            <w:r>
              <w:t>8:00-9:30 PM</w:t>
            </w:r>
          </w:p>
        </w:tc>
      </w:tr>
      <w:tr w:rsidR="00C36338" w14:paraId="647EA6BC" w14:textId="77777777">
        <w:trPr>
          <w:cantSplit/>
          <w:jc w:val="center"/>
        </w:trPr>
        <w:tc>
          <w:tcPr>
            <w:tcW w:w="3384"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609C12B1" w14:textId="77777777" w:rsidR="00C36338" w:rsidRDefault="00000000">
            <w:pPr>
              <w:spacing w:after="80" w:line="252" w:lineRule="auto"/>
            </w:pPr>
            <w:r>
              <w:rPr>
                <w:b/>
              </w:rPr>
              <w:t>Monday, December 7</w:t>
            </w:r>
          </w:p>
        </w:tc>
        <w:tc>
          <w:tcPr>
            <w:tcW w:w="3384" w:type="dxa"/>
            <w:tcBorders>
              <w:top w:val="single" w:sz="8" w:space="0" w:color="D1D5DB"/>
              <w:left w:val="single" w:sz="8" w:space="0" w:color="D1D5DB"/>
              <w:bottom w:val="single" w:sz="8" w:space="0" w:color="D1D5DB"/>
              <w:right w:val="single" w:sz="8" w:space="0" w:color="D1D5DB"/>
            </w:tcBorders>
            <w:shd w:val="clear" w:color="auto" w:fill="EAF0F4"/>
            <w:tcMar>
              <w:top w:w="80" w:type="dxa"/>
              <w:left w:w="80" w:type="dxa"/>
              <w:bottom w:w="80" w:type="dxa"/>
              <w:right w:w="80" w:type="dxa"/>
            </w:tcMar>
          </w:tcPr>
          <w:p w14:paraId="5E860CAE" w14:textId="77777777" w:rsidR="00C36338" w:rsidRDefault="00000000">
            <w:pPr>
              <w:spacing w:after="80" w:line="252" w:lineRule="auto"/>
            </w:pPr>
            <w:r>
              <w:rPr>
                <w:b/>
              </w:rPr>
              <w:t>Study Night 7</w:t>
            </w:r>
            <w:r>
              <w:rPr>
                <w:b/>
              </w:rPr>
              <w:br/>
              <w:t>Wrap-up Night</w:t>
            </w:r>
          </w:p>
        </w:tc>
        <w:tc>
          <w:tcPr>
            <w:tcW w:w="3311" w:type="dxa"/>
            <w:tcBorders>
              <w:top w:val="single" w:sz="8" w:space="0" w:color="D1D5DB"/>
              <w:left w:val="single" w:sz="8" w:space="0" w:color="D1D5DB"/>
              <w:bottom w:val="single" w:sz="8" w:space="0" w:color="D1D5DB"/>
              <w:right w:val="single" w:sz="8" w:space="0" w:color="D1D5DB"/>
            </w:tcBorders>
            <w:shd w:val="clear" w:color="auto" w:fill="FBFAF7"/>
            <w:tcMar>
              <w:top w:w="80" w:type="dxa"/>
              <w:left w:w="80" w:type="dxa"/>
              <w:bottom w:w="80" w:type="dxa"/>
              <w:right w:w="80" w:type="dxa"/>
            </w:tcMar>
          </w:tcPr>
          <w:p w14:paraId="57A15D21" w14:textId="77777777" w:rsidR="00C36338" w:rsidRDefault="00000000">
            <w:pPr>
              <w:spacing w:after="80" w:line="252" w:lineRule="auto"/>
            </w:pPr>
            <w:r>
              <w:t>8:00-9:30 PM</w:t>
            </w:r>
          </w:p>
        </w:tc>
      </w:tr>
    </w:tbl>
    <w:p w14:paraId="69CF5BC7" w14:textId="77777777" w:rsidR="00C36338" w:rsidRDefault="00000000">
      <w:pPr>
        <w:spacing w:after="120" w:line="259" w:lineRule="auto"/>
      </w:pPr>
      <w:r>
        <w:br w:type="page"/>
      </w:r>
    </w:p>
    <w:p w14:paraId="5300C732" w14:textId="77777777" w:rsidR="00C36338" w:rsidRDefault="00000000">
      <w:pPr>
        <w:spacing w:before="200" w:after="120" w:line="259" w:lineRule="auto"/>
      </w:pPr>
      <w:r>
        <w:rPr>
          <w:b/>
          <w:color w:val="06234B"/>
          <w:sz w:val="32"/>
        </w:rPr>
        <w:lastRenderedPageBreak/>
        <w:t>FALL READING PLAN</w:t>
      </w:r>
    </w:p>
    <w:p w14:paraId="5FE6A433" w14:textId="77777777" w:rsidR="00C36338" w:rsidRDefault="00000000">
      <w:pPr>
        <w:spacing w:after="120" w:line="259" w:lineRule="auto"/>
      </w:pPr>
      <w:r>
        <w:rPr>
          <w:color w:val="C59540"/>
        </w:rPr>
        <w:t>September 21 - December 5, 2026 | Readings and notes are based on the CSB.</w:t>
      </w:r>
    </w:p>
    <w:tbl>
      <w:tblPr>
        <w:tblW w:w="9300" w:type="dxa"/>
        <w:jc w:val="center"/>
        <w:tblLook w:val="04A0" w:firstRow="1" w:lastRow="0" w:firstColumn="1" w:lastColumn="0" w:noHBand="0" w:noVBand="1"/>
      </w:tblPr>
      <w:tblGrid>
        <w:gridCol w:w="9282"/>
        <w:gridCol w:w="18"/>
      </w:tblGrid>
      <w:tr w:rsidR="00C36338" w14:paraId="7F9F35DC" w14:textId="77777777" w:rsidTr="00642A93">
        <w:trPr>
          <w:gridAfter w:val="1"/>
          <w:wAfter w:w="18" w:type="dxa"/>
          <w:cantSplit/>
          <w:jc w:val="center"/>
        </w:trPr>
        <w:tc>
          <w:tcPr>
            <w:tcW w:w="9282" w:type="dxa"/>
            <w:tcBorders>
              <w:top w:val="single" w:sz="10" w:space="0" w:color="C59540"/>
              <w:left w:val="single" w:sz="10" w:space="0" w:color="C59540"/>
              <w:bottom w:val="single" w:sz="10" w:space="0" w:color="C59540"/>
              <w:right w:val="single" w:sz="10" w:space="0" w:color="C59540"/>
            </w:tcBorders>
            <w:shd w:val="clear" w:color="auto" w:fill="FBFAF7"/>
            <w:tcMar>
              <w:top w:w="110" w:type="dxa"/>
              <w:left w:w="130" w:type="dxa"/>
              <w:bottom w:w="110" w:type="dxa"/>
              <w:right w:w="130" w:type="dxa"/>
            </w:tcMar>
          </w:tcPr>
          <w:p w14:paraId="2E362CF8" w14:textId="77777777" w:rsidR="00C36338" w:rsidRDefault="00000000">
            <w:pPr>
              <w:spacing w:after="80" w:line="252" w:lineRule="auto"/>
            </w:pPr>
            <w:r>
              <w:rPr>
                <w:b/>
                <w:color w:val="C59540"/>
              </w:rPr>
              <w:t>HOW TO USE THIS PLAN</w:t>
            </w:r>
          </w:p>
          <w:p w14:paraId="6F67E3E8" w14:textId="77777777" w:rsidR="00C36338" w:rsidRDefault="00000000">
            <w:pPr>
              <w:spacing w:after="80" w:line="252" w:lineRule="auto"/>
            </w:pPr>
            <w:r>
              <w:t>Read the passage. Read the short Reading Note. Sit with what the text is saying before moving on. Sundays are open for catch-up, reflection, prayer, or rest. If you miss a few days, do not disappear. Jump back in with the current reading and keep going.</w:t>
            </w:r>
          </w:p>
        </w:tc>
      </w:tr>
      <w:tr w:rsidR="00C36338" w14:paraId="2675678C" w14:textId="77777777" w:rsidTr="00642A93">
        <w:trPr>
          <w:jc w:val="center"/>
        </w:trPr>
        <w:tc>
          <w:tcPr>
            <w:tcW w:w="9295" w:type="dxa"/>
            <w:gridSpan w:val="2"/>
            <w:tcBorders>
              <w:top w:val="single" w:sz="14" w:space="0" w:color="C59540"/>
              <w:left w:val="single" w:sz="8" w:space="0" w:color="D1D5DB"/>
              <w:bottom w:val="single" w:sz="8" w:space="0" w:color="D1D5DB"/>
              <w:right w:val="single" w:sz="8" w:space="0" w:color="D1D5DB"/>
            </w:tcBorders>
            <w:shd w:val="clear" w:color="auto" w:fill="F8F6F1"/>
          </w:tcPr>
          <w:p w14:paraId="2CEA1426" w14:textId="77777777" w:rsidR="00C36338" w:rsidRDefault="00000000">
            <w:pPr>
              <w:spacing w:after="120"/>
            </w:pPr>
            <w:r>
              <w:rPr>
                <w:b/>
                <w:color w:val="06234B"/>
                <w:sz w:val="28"/>
              </w:rPr>
              <w:t xml:space="preserve">OPTIONAL </w:t>
            </w:r>
            <w:proofErr w:type="spellStart"/>
            <w:r>
              <w:rPr>
                <w:b/>
                <w:color w:val="06234B"/>
                <w:sz w:val="28"/>
              </w:rPr>
              <w:t>BIBLEPROJECT</w:t>
            </w:r>
            <w:proofErr w:type="spellEnd"/>
            <w:r>
              <w:rPr>
                <w:b/>
                <w:color w:val="06234B"/>
                <w:sz w:val="28"/>
              </w:rPr>
              <w:t xml:space="preserve"> SECTION OVERVIEWS</w:t>
            </w:r>
          </w:p>
          <w:p w14:paraId="2B13CD06" w14:textId="77777777" w:rsidR="00C36338" w:rsidRDefault="00000000">
            <w:pPr>
              <w:spacing w:after="160"/>
            </w:pPr>
            <w:r>
              <w:t>These short BibleProject videos are optional section-openers. The daily Scripture reading remains the core rhythm. The videos are included only to help frame the section, support discussion, and give men a quick overview if they want it.</w:t>
            </w:r>
          </w:p>
          <w:tbl>
            <w:tblPr>
              <w:tblW w:w="0" w:type="auto"/>
              <w:jc w:val="center"/>
              <w:tblLook w:val="04A0" w:firstRow="1" w:lastRow="0" w:firstColumn="1" w:lastColumn="0" w:noHBand="0" w:noVBand="1"/>
            </w:tblPr>
            <w:tblGrid>
              <w:gridCol w:w="2517"/>
              <w:gridCol w:w="2410"/>
              <w:gridCol w:w="4137"/>
            </w:tblGrid>
            <w:tr w:rsidR="00C36338" w14:paraId="1B2EC57E" w14:textId="77777777">
              <w:trPr>
                <w:jc w:val="center"/>
              </w:trPr>
              <w:tc>
                <w:tcPr>
                  <w:tcW w:w="3552" w:type="dxa"/>
                  <w:tcBorders>
                    <w:top w:val="single" w:sz="8" w:space="0" w:color="D1D5DB"/>
                    <w:left w:val="single" w:sz="8" w:space="0" w:color="D1D5DB"/>
                    <w:bottom w:val="single" w:sz="8" w:space="0" w:color="D1D5DB"/>
                    <w:right w:val="single" w:sz="8" w:space="0" w:color="D1D5DB"/>
                  </w:tcBorders>
                  <w:shd w:val="clear" w:color="auto" w:fill="06234B"/>
                </w:tcPr>
                <w:p w14:paraId="31AD2324" w14:textId="77777777" w:rsidR="00C36338" w:rsidRDefault="00000000">
                  <w:pPr>
                    <w:jc w:val="center"/>
                  </w:pPr>
                  <w:r>
                    <w:rPr>
                      <w:b/>
                      <w:color w:val="FFFFFF"/>
                    </w:rPr>
                    <w:t>DATE</w:t>
                  </w:r>
                </w:p>
              </w:tc>
              <w:tc>
                <w:tcPr>
                  <w:tcW w:w="3552" w:type="dxa"/>
                  <w:tcBorders>
                    <w:top w:val="single" w:sz="8" w:space="0" w:color="D1D5DB"/>
                    <w:left w:val="single" w:sz="8" w:space="0" w:color="D1D5DB"/>
                    <w:bottom w:val="single" w:sz="8" w:space="0" w:color="D1D5DB"/>
                    <w:right w:val="single" w:sz="8" w:space="0" w:color="D1D5DB"/>
                  </w:tcBorders>
                  <w:shd w:val="clear" w:color="auto" w:fill="06234B"/>
                </w:tcPr>
                <w:p w14:paraId="5A29EC40" w14:textId="77777777" w:rsidR="00C36338" w:rsidRDefault="00000000">
                  <w:pPr>
                    <w:jc w:val="center"/>
                  </w:pPr>
                  <w:r>
                    <w:rPr>
                      <w:b/>
                      <w:color w:val="FFFFFF"/>
                    </w:rPr>
                    <w:t>SECTION</w:t>
                  </w:r>
                </w:p>
              </w:tc>
              <w:tc>
                <w:tcPr>
                  <w:tcW w:w="3552" w:type="dxa"/>
                  <w:tcBorders>
                    <w:top w:val="single" w:sz="8" w:space="0" w:color="D1D5DB"/>
                    <w:left w:val="single" w:sz="8" w:space="0" w:color="D1D5DB"/>
                    <w:bottom w:val="single" w:sz="8" w:space="0" w:color="D1D5DB"/>
                    <w:right w:val="single" w:sz="8" w:space="0" w:color="D1D5DB"/>
                  </w:tcBorders>
                  <w:shd w:val="clear" w:color="auto" w:fill="06234B"/>
                </w:tcPr>
                <w:p w14:paraId="15593ABB" w14:textId="77777777" w:rsidR="00C36338" w:rsidRDefault="00000000">
                  <w:pPr>
                    <w:jc w:val="center"/>
                  </w:pPr>
                  <w:r>
                    <w:rPr>
                      <w:b/>
                      <w:color w:val="FFFFFF"/>
                    </w:rPr>
                    <w:t>OPTIONAL VIDEO</w:t>
                  </w:r>
                </w:p>
              </w:tc>
            </w:tr>
            <w:tr w:rsidR="00C36338" w14:paraId="1362E804" w14:textId="77777777">
              <w:trPr>
                <w:jc w:val="center"/>
              </w:trPr>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6C5B3708" w14:textId="77777777" w:rsidR="00C36338" w:rsidRDefault="00000000">
                  <w:r>
                    <w:rPr>
                      <w:b/>
                    </w:rPr>
                    <w:t>Monday, September 21</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025B19F5" w14:textId="77777777" w:rsidR="00C36338" w:rsidRDefault="00000000">
                  <w:r>
                    <w:t>Luke 1:1-38</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7BFF7CC7" w14:textId="77777777" w:rsidR="00C36338" w:rsidRDefault="00000000">
                  <w:r>
                    <w:rPr>
                      <w:b/>
                      <w:color w:val="06234B"/>
                    </w:rPr>
                    <w:t>BibleProject - Luke 1-9</w:t>
                  </w:r>
                  <w:r>
                    <w:rPr>
                      <w:b/>
                      <w:color w:val="06234B"/>
                    </w:rPr>
                    <w:br/>
                  </w:r>
                  <w:hyperlink r:id="rId9">
                    <w:r>
                      <w:rPr>
                        <w:color w:val="C59540"/>
                        <w:szCs w:val="24"/>
                        <w:u w:val="single"/>
                      </w:rPr>
                      <w:t>https://bibleproject.com/videos/luke-1-9/</w:t>
                    </w:r>
                  </w:hyperlink>
                </w:p>
              </w:tc>
            </w:tr>
            <w:tr w:rsidR="00C36338" w14:paraId="748C63B1" w14:textId="77777777">
              <w:trPr>
                <w:jc w:val="center"/>
              </w:trPr>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546BA676" w14:textId="77777777" w:rsidR="00C36338" w:rsidRDefault="00000000">
                  <w:r>
                    <w:rPr>
                      <w:b/>
                    </w:rPr>
                    <w:t>Thursday, October 8</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40DDE1DF" w14:textId="77777777" w:rsidR="00C36338" w:rsidRDefault="00000000">
                  <w:r>
                    <w:t>Luke 10</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1B2EFC29" w14:textId="77777777" w:rsidR="00C36338" w:rsidRDefault="00000000">
                  <w:r>
                    <w:rPr>
                      <w:b/>
                      <w:color w:val="06234B"/>
                    </w:rPr>
                    <w:t>BibleProject - Luke 10-24</w:t>
                  </w:r>
                  <w:r>
                    <w:rPr>
                      <w:b/>
                      <w:color w:val="06234B"/>
                    </w:rPr>
                    <w:br/>
                  </w:r>
                  <w:hyperlink r:id="rId10">
                    <w:r>
                      <w:rPr>
                        <w:color w:val="C59540"/>
                        <w:szCs w:val="24"/>
                        <w:u w:val="single"/>
                      </w:rPr>
                      <w:t>https://bibleproject.com/videos/luke-10-24/</w:t>
                    </w:r>
                  </w:hyperlink>
                </w:p>
              </w:tc>
            </w:tr>
            <w:tr w:rsidR="00C36338" w14:paraId="195350D4" w14:textId="77777777">
              <w:trPr>
                <w:jc w:val="center"/>
              </w:trPr>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48D98359" w14:textId="77777777" w:rsidR="00C36338" w:rsidRDefault="00000000">
                  <w:r>
                    <w:rPr>
                      <w:b/>
                    </w:rPr>
                    <w:t>Monday, November 2</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5B90C585" w14:textId="77777777" w:rsidR="00C36338" w:rsidRDefault="00000000">
                  <w:r>
                    <w:t>Acts 1</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5BF67780" w14:textId="77777777" w:rsidR="00C36338" w:rsidRDefault="00000000">
                  <w:r>
                    <w:rPr>
                      <w:b/>
                      <w:color w:val="06234B"/>
                    </w:rPr>
                    <w:t>BibleProject - Acts 1-12</w:t>
                  </w:r>
                  <w:r>
                    <w:rPr>
                      <w:b/>
                      <w:color w:val="06234B"/>
                    </w:rPr>
                    <w:br/>
                  </w:r>
                  <w:hyperlink r:id="rId11">
                    <w:r>
                      <w:rPr>
                        <w:color w:val="C59540"/>
                        <w:szCs w:val="24"/>
                        <w:u w:val="single"/>
                      </w:rPr>
                      <w:t>https://bibleproject.com/videos/acts-1-12/</w:t>
                    </w:r>
                  </w:hyperlink>
                </w:p>
              </w:tc>
            </w:tr>
            <w:tr w:rsidR="00C36338" w14:paraId="34DDB825" w14:textId="77777777">
              <w:trPr>
                <w:jc w:val="center"/>
              </w:trPr>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2C509B00" w14:textId="77777777" w:rsidR="00C36338" w:rsidRDefault="00000000">
                  <w:r>
                    <w:rPr>
                      <w:b/>
                    </w:rPr>
                    <w:t>Tuesday, November 17</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2B571B81" w14:textId="77777777" w:rsidR="00C36338" w:rsidRDefault="00000000">
                  <w:r>
                    <w:t>Acts 13:1-25</w:t>
                  </w:r>
                </w:p>
              </w:tc>
              <w:tc>
                <w:tcPr>
                  <w:tcW w:w="3552" w:type="dxa"/>
                  <w:tcBorders>
                    <w:top w:val="single" w:sz="8" w:space="0" w:color="D1D5DB"/>
                    <w:left w:val="single" w:sz="8" w:space="0" w:color="D1D5DB"/>
                    <w:bottom w:val="single" w:sz="8" w:space="0" w:color="D1D5DB"/>
                    <w:right w:val="single" w:sz="8" w:space="0" w:color="D1D5DB"/>
                  </w:tcBorders>
                  <w:shd w:val="clear" w:color="auto" w:fill="FFFFFF"/>
                </w:tcPr>
                <w:p w14:paraId="47C6E8CC" w14:textId="77777777" w:rsidR="00C36338" w:rsidRDefault="00000000">
                  <w:r>
                    <w:rPr>
                      <w:b/>
                      <w:color w:val="06234B"/>
                    </w:rPr>
                    <w:t>BibleProject - Acts 13-28</w:t>
                  </w:r>
                  <w:r>
                    <w:rPr>
                      <w:b/>
                      <w:color w:val="06234B"/>
                    </w:rPr>
                    <w:br/>
                  </w:r>
                  <w:hyperlink r:id="rId12">
                    <w:r>
                      <w:rPr>
                        <w:color w:val="C59540"/>
                        <w:szCs w:val="24"/>
                        <w:u w:val="single"/>
                      </w:rPr>
                      <w:t>https://bibleproject.com/videos/acts-13-28/</w:t>
                    </w:r>
                  </w:hyperlink>
                </w:p>
              </w:tc>
            </w:tr>
          </w:tbl>
          <w:p w14:paraId="38EE3BB5" w14:textId="77777777" w:rsidR="00C36338" w:rsidRDefault="00C36338"/>
        </w:tc>
      </w:tr>
    </w:tbl>
    <w:p w14:paraId="59ECEADB" w14:textId="77777777" w:rsidR="00642A93" w:rsidRDefault="00642A93">
      <w:pPr>
        <w:spacing w:before="200" w:after="120" w:line="259" w:lineRule="auto"/>
        <w:rPr>
          <w:b/>
          <w:color w:val="06234B"/>
          <w:sz w:val="32"/>
        </w:rPr>
      </w:pPr>
    </w:p>
    <w:p w14:paraId="5B9316F5" w14:textId="77777777" w:rsidR="00642A93" w:rsidRDefault="00642A93">
      <w:pPr>
        <w:spacing w:before="200" w:after="120" w:line="259" w:lineRule="auto"/>
        <w:rPr>
          <w:b/>
          <w:color w:val="06234B"/>
          <w:sz w:val="32"/>
        </w:rPr>
      </w:pPr>
    </w:p>
    <w:p w14:paraId="432B5965" w14:textId="77777777" w:rsidR="00642A93" w:rsidRDefault="00642A93">
      <w:pPr>
        <w:spacing w:before="200" w:after="120" w:line="259" w:lineRule="auto"/>
        <w:rPr>
          <w:b/>
          <w:color w:val="06234B"/>
          <w:sz w:val="32"/>
        </w:rPr>
      </w:pPr>
    </w:p>
    <w:p w14:paraId="3F692BFA" w14:textId="77777777" w:rsidR="00642A93" w:rsidRDefault="00642A93">
      <w:pPr>
        <w:spacing w:before="200" w:after="120" w:line="259" w:lineRule="auto"/>
        <w:rPr>
          <w:b/>
          <w:color w:val="06234B"/>
          <w:sz w:val="32"/>
        </w:rPr>
      </w:pPr>
    </w:p>
    <w:p w14:paraId="76E70057" w14:textId="77777777" w:rsidR="00642A93" w:rsidRDefault="00642A93">
      <w:pPr>
        <w:spacing w:before="200" w:after="120" w:line="259" w:lineRule="auto"/>
        <w:rPr>
          <w:b/>
          <w:color w:val="06234B"/>
          <w:sz w:val="32"/>
        </w:rPr>
      </w:pPr>
    </w:p>
    <w:p w14:paraId="368CE500" w14:textId="77777777" w:rsidR="00642A93" w:rsidRDefault="00642A93">
      <w:pPr>
        <w:spacing w:before="200" w:after="120" w:line="259" w:lineRule="auto"/>
        <w:rPr>
          <w:b/>
          <w:color w:val="06234B"/>
          <w:sz w:val="32"/>
        </w:rPr>
      </w:pPr>
    </w:p>
    <w:p w14:paraId="011222B5" w14:textId="17050491" w:rsidR="00C36338" w:rsidRDefault="00000000">
      <w:pPr>
        <w:spacing w:before="200" w:after="120" w:line="259" w:lineRule="auto"/>
      </w:pPr>
      <w:r>
        <w:rPr>
          <w:b/>
          <w:color w:val="06234B"/>
          <w:sz w:val="32"/>
        </w:rPr>
        <w:lastRenderedPageBreak/>
        <w:t>LUKE: JESUS FORMS HIS DISCIPLES</w:t>
      </w:r>
    </w:p>
    <w:tbl>
      <w:tblPr>
        <w:tblW w:w="9300" w:type="dxa"/>
        <w:jc w:val="center"/>
        <w:tblLook w:val="04A0" w:firstRow="1" w:lastRow="0" w:firstColumn="1" w:lastColumn="0" w:noHBand="0" w:noVBand="1"/>
      </w:tblPr>
      <w:tblGrid>
        <w:gridCol w:w="2081"/>
        <w:gridCol w:w="7219"/>
      </w:tblGrid>
      <w:tr w:rsidR="00C36338" w14:paraId="25A8EAEA"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2FCA19C0" w14:textId="77777777" w:rsidR="00C36338" w:rsidRDefault="00000000">
            <w:pPr>
              <w:spacing w:after="80" w:line="252" w:lineRule="auto"/>
              <w:jc w:val="center"/>
            </w:pPr>
            <w:r>
              <w:rPr>
                <w:b/>
                <w:color w:val="FFFFFF"/>
              </w:rPr>
              <w:t>MONDAY</w:t>
            </w:r>
            <w:r>
              <w:br/>
            </w:r>
            <w:r>
              <w:rPr>
                <w:b/>
                <w:color w:val="FFFFFF"/>
              </w:rPr>
              <w:t>September 21</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774AA3BA" w14:textId="77777777" w:rsidR="00C36338" w:rsidRDefault="00000000">
            <w:pPr>
              <w:spacing w:after="80" w:line="252" w:lineRule="auto"/>
            </w:pPr>
            <w:r>
              <w:rPr>
                <w:b/>
                <w:color w:val="06234B"/>
              </w:rPr>
              <w:t>Luke 1:1-38</w:t>
            </w:r>
          </w:p>
          <w:p w14:paraId="05781F22" w14:textId="77777777" w:rsidR="00C36338" w:rsidRDefault="00000000">
            <w:pPr>
              <w:spacing w:after="80" w:line="252" w:lineRule="auto"/>
            </w:pPr>
            <w:r>
              <w:rPr>
                <w:b/>
                <w:color w:val="C59540"/>
              </w:rPr>
              <w:t xml:space="preserve">Reading Note: </w:t>
            </w:r>
            <w:r>
              <w:t>Luke begins by showing God moving quietly but powerfully through ordinary people. Zechariah and Mary are invited to trust God before they can see the full picture. Steady faith often starts with obedience before complete understanding.</w:t>
            </w:r>
          </w:p>
          <w:p w14:paraId="6C4EFD4B" w14:textId="77777777" w:rsidR="00C36338" w:rsidRDefault="00000000">
            <w:pPr>
              <w:spacing w:before="60" w:after="80" w:line="252" w:lineRule="auto"/>
            </w:pPr>
            <w:r>
              <w:rPr>
                <w:b/>
                <w:color w:val="06234B"/>
              </w:rPr>
              <w:t>LAUNCH / STUDY NIGHT 1 - 8:00-9:30 PM</w:t>
            </w:r>
          </w:p>
          <w:p w14:paraId="2D580AF4" w14:textId="77777777" w:rsidR="00C36338" w:rsidRDefault="00000000">
            <w:pPr>
              <w:spacing w:before="140"/>
            </w:pPr>
            <w:r>
              <w:rPr>
                <w:b/>
                <w:color w:val="06234B"/>
              </w:rPr>
              <w:t>Optional section overview: BibleProject - Luke 1-9</w:t>
            </w:r>
            <w:r>
              <w:rPr>
                <w:b/>
                <w:color w:val="06234B"/>
              </w:rPr>
              <w:br/>
            </w:r>
            <w:hyperlink r:id="rId13">
              <w:r>
                <w:rPr>
                  <w:color w:val="C59540"/>
                  <w:szCs w:val="24"/>
                  <w:u w:val="single"/>
                </w:rPr>
                <w:t>https://bibleproject.com/vid</w:t>
              </w:r>
              <w:r>
                <w:rPr>
                  <w:color w:val="C59540"/>
                  <w:szCs w:val="24"/>
                  <w:u w:val="single"/>
                </w:rPr>
                <w:t>e</w:t>
              </w:r>
              <w:r>
                <w:rPr>
                  <w:color w:val="C59540"/>
                  <w:szCs w:val="24"/>
                  <w:u w:val="single"/>
                </w:rPr>
                <w:t>os/luke-1-9/</w:t>
              </w:r>
            </w:hyperlink>
          </w:p>
        </w:tc>
      </w:tr>
      <w:tr w:rsidR="00C36338" w14:paraId="1EC416CF"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5C48D64B" w14:textId="77777777" w:rsidR="00C36338" w:rsidRDefault="00000000">
            <w:pPr>
              <w:spacing w:after="80" w:line="252" w:lineRule="auto"/>
              <w:jc w:val="center"/>
            </w:pPr>
            <w:r>
              <w:rPr>
                <w:b/>
                <w:color w:val="FFFFFF"/>
              </w:rPr>
              <w:t>TUESDAY</w:t>
            </w:r>
            <w:r>
              <w:br/>
            </w:r>
            <w:r>
              <w:rPr>
                <w:b/>
                <w:color w:val="FFFFFF"/>
              </w:rPr>
              <w:t>September 22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151D96E" w14:textId="77777777" w:rsidR="00C36338" w:rsidRDefault="00000000">
            <w:pPr>
              <w:spacing w:after="80" w:line="252" w:lineRule="auto"/>
            </w:pPr>
            <w:r>
              <w:rPr>
                <w:b/>
                <w:color w:val="06234B"/>
              </w:rPr>
              <w:t>Luke 1:39-80</w:t>
            </w:r>
          </w:p>
          <w:p w14:paraId="6C0F3729" w14:textId="77777777" w:rsidR="00C36338" w:rsidRDefault="00000000">
            <w:pPr>
              <w:spacing w:after="80" w:line="252" w:lineRule="auto"/>
            </w:pPr>
            <w:r>
              <w:rPr>
                <w:b/>
                <w:color w:val="C59540"/>
              </w:rPr>
              <w:t xml:space="preserve">Reading Note: </w:t>
            </w:r>
            <w:r>
              <w:t>Mary responds with worship, and Zechariah speaks of God remembering His promises. This chapter teaches us to see our lives inside God’s bigger story. Men are steadied when praise and trust become stronger than fear and control.</w:t>
            </w:r>
          </w:p>
        </w:tc>
      </w:tr>
      <w:tr w:rsidR="00C36338" w14:paraId="5C60908E"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3ABC0DD" w14:textId="77777777" w:rsidR="00C36338" w:rsidRDefault="00000000">
            <w:pPr>
              <w:spacing w:after="80" w:line="252" w:lineRule="auto"/>
              <w:jc w:val="center"/>
            </w:pPr>
            <w:r>
              <w:rPr>
                <w:b/>
                <w:color w:val="FFFFFF"/>
              </w:rPr>
              <w:t>WEDNESDAY</w:t>
            </w:r>
            <w:r>
              <w:br/>
            </w:r>
            <w:r>
              <w:rPr>
                <w:b/>
                <w:color w:val="FFFFFF"/>
              </w:rPr>
              <w:t>September 23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F12CAEE" w14:textId="77777777" w:rsidR="00C36338" w:rsidRDefault="00000000">
            <w:pPr>
              <w:spacing w:after="80" w:line="252" w:lineRule="auto"/>
            </w:pPr>
            <w:r>
              <w:rPr>
                <w:b/>
                <w:color w:val="06234B"/>
              </w:rPr>
              <w:t>Luke 2:1-21</w:t>
            </w:r>
          </w:p>
          <w:p w14:paraId="1EFFF4D7" w14:textId="77777777" w:rsidR="00C36338" w:rsidRDefault="00000000">
            <w:pPr>
              <w:spacing w:after="80" w:line="252" w:lineRule="auto"/>
            </w:pPr>
            <w:r>
              <w:rPr>
                <w:b/>
                <w:color w:val="C59540"/>
              </w:rPr>
              <w:t xml:space="preserve">Reading Note: </w:t>
            </w:r>
            <w:r>
              <w:t>Jesus enters the world in humility, announced first to shepherds. God’s kingdom does not arrive through image, status, or noise. Christlike formation begins by paying attention to the quiet ways God works.</w:t>
            </w:r>
          </w:p>
        </w:tc>
      </w:tr>
      <w:tr w:rsidR="00C36338" w14:paraId="703F29E1"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F96771E" w14:textId="77777777" w:rsidR="00C36338" w:rsidRDefault="00000000">
            <w:pPr>
              <w:spacing w:after="80" w:line="252" w:lineRule="auto"/>
              <w:jc w:val="center"/>
            </w:pPr>
            <w:r>
              <w:rPr>
                <w:b/>
                <w:color w:val="FFFFFF"/>
              </w:rPr>
              <w:t>THURSDAY</w:t>
            </w:r>
            <w:r>
              <w:br/>
            </w:r>
            <w:r>
              <w:rPr>
                <w:b/>
                <w:color w:val="FFFFFF"/>
              </w:rPr>
              <w:t>September 24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A64AA71" w14:textId="77777777" w:rsidR="00C36338" w:rsidRDefault="00000000">
            <w:pPr>
              <w:spacing w:after="80" w:line="252" w:lineRule="auto"/>
            </w:pPr>
            <w:r>
              <w:rPr>
                <w:b/>
                <w:color w:val="06234B"/>
              </w:rPr>
              <w:t>Luke 2:22-52</w:t>
            </w:r>
          </w:p>
          <w:p w14:paraId="12EB844D" w14:textId="77777777" w:rsidR="00C36338" w:rsidRDefault="00000000">
            <w:pPr>
              <w:spacing w:after="80" w:line="252" w:lineRule="auto"/>
            </w:pPr>
            <w:r>
              <w:rPr>
                <w:b/>
                <w:color w:val="C59540"/>
              </w:rPr>
              <w:t xml:space="preserve">Reading Note: </w:t>
            </w:r>
            <w:r>
              <w:t>Simeon, Anna, and young Jesus all show lives centered on God’s purposes. Jesus grows in wisdom, stature, and favour with God and people. Godly maturity is not accidental; it is formed over time in ordinary faithfulness.</w:t>
            </w:r>
          </w:p>
        </w:tc>
      </w:tr>
      <w:tr w:rsidR="00C36338" w14:paraId="31826435"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2368783" w14:textId="77777777" w:rsidR="00C36338" w:rsidRDefault="00000000">
            <w:pPr>
              <w:spacing w:after="80" w:line="252" w:lineRule="auto"/>
              <w:jc w:val="center"/>
            </w:pPr>
            <w:r>
              <w:rPr>
                <w:b/>
                <w:color w:val="FFFFFF"/>
              </w:rPr>
              <w:t>FRIDAY</w:t>
            </w:r>
            <w:r>
              <w:br/>
            </w:r>
            <w:r>
              <w:rPr>
                <w:b/>
                <w:color w:val="FFFFFF"/>
              </w:rPr>
              <w:t>September 25</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0F98049" w14:textId="77777777" w:rsidR="00C36338" w:rsidRDefault="00000000">
            <w:pPr>
              <w:spacing w:after="80" w:line="252" w:lineRule="auto"/>
            </w:pPr>
            <w:r>
              <w:rPr>
                <w:b/>
                <w:color w:val="06234B"/>
              </w:rPr>
              <w:t>Luke 3</w:t>
            </w:r>
          </w:p>
          <w:p w14:paraId="3EBB463D" w14:textId="77777777" w:rsidR="00C36338" w:rsidRDefault="00000000">
            <w:pPr>
              <w:spacing w:after="80" w:line="252" w:lineRule="auto"/>
            </w:pPr>
            <w:r>
              <w:rPr>
                <w:b/>
                <w:color w:val="C59540"/>
              </w:rPr>
              <w:t xml:space="preserve">Reading Note: </w:t>
            </w:r>
            <w:r>
              <w:t>John calls people to repentance that bears fruit, not empty religious words. He prepares the way for Jesus by calling people back to honest obedience. A steady man lets God confront what needs to change.</w:t>
            </w:r>
          </w:p>
        </w:tc>
      </w:tr>
      <w:tr w:rsidR="00C36338" w14:paraId="53EDDC31"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24B1B1E" w14:textId="77777777" w:rsidR="00C36338" w:rsidRDefault="00000000">
            <w:pPr>
              <w:spacing w:after="80" w:line="252" w:lineRule="auto"/>
              <w:jc w:val="center"/>
            </w:pPr>
            <w:r>
              <w:rPr>
                <w:b/>
                <w:color w:val="FFFFFF"/>
              </w:rPr>
              <w:t>SATURDAY</w:t>
            </w:r>
            <w:r>
              <w:br/>
            </w:r>
            <w:r>
              <w:rPr>
                <w:b/>
                <w:color w:val="FFFFFF"/>
              </w:rPr>
              <w:t>September 26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65C543F" w14:textId="77777777" w:rsidR="00C36338" w:rsidRDefault="00000000">
            <w:pPr>
              <w:spacing w:after="80" w:line="252" w:lineRule="auto"/>
            </w:pPr>
            <w:r>
              <w:rPr>
                <w:b/>
                <w:color w:val="06234B"/>
              </w:rPr>
              <w:t>Luke 4</w:t>
            </w:r>
          </w:p>
          <w:p w14:paraId="5F18C296" w14:textId="77777777" w:rsidR="00C36338" w:rsidRDefault="00000000">
            <w:pPr>
              <w:spacing w:after="80" w:line="252" w:lineRule="auto"/>
            </w:pPr>
            <w:r>
              <w:rPr>
                <w:b/>
                <w:color w:val="C59540"/>
              </w:rPr>
              <w:t xml:space="preserve">Reading Note: </w:t>
            </w:r>
            <w:r>
              <w:t>Jesus faces temptation with Scripture, begins His mission, and shows authority over evil and sickness. He is not driven by appetite, approval, or power. He is led by the Spirit and faithful to the Father.</w:t>
            </w:r>
          </w:p>
        </w:tc>
      </w:tr>
      <w:tr w:rsidR="00C36338" w14:paraId="0AD9985C"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67252CA0" w14:textId="77777777" w:rsidR="00C36338" w:rsidRDefault="00000000">
            <w:pPr>
              <w:spacing w:after="80" w:line="252" w:lineRule="auto"/>
              <w:jc w:val="center"/>
            </w:pPr>
            <w:r>
              <w:rPr>
                <w:b/>
              </w:rPr>
              <w:lastRenderedPageBreak/>
              <w:t>SUNDAY</w:t>
            </w:r>
            <w:r>
              <w:br/>
            </w:r>
            <w:r>
              <w:rPr>
                <w:b/>
              </w:rPr>
              <w:t>September 27</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182DD463" w14:textId="77777777" w:rsidR="00C36338" w:rsidRDefault="00000000">
            <w:pPr>
              <w:spacing w:after="80" w:line="252" w:lineRule="auto"/>
            </w:pPr>
            <w:r>
              <w:rPr>
                <w:b/>
              </w:rPr>
              <w:t>OPEN SUNDAY</w:t>
            </w:r>
          </w:p>
          <w:p w14:paraId="3139A0C6"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7E60508D"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58B6BF63" w14:textId="77777777" w:rsidR="00C36338" w:rsidRDefault="00000000">
            <w:pPr>
              <w:spacing w:after="80" w:line="252" w:lineRule="auto"/>
              <w:jc w:val="center"/>
            </w:pPr>
            <w:r>
              <w:rPr>
                <w:b/>
                <w:color w:val="FFFFFF"/>
              </w:rPr>
              <w:t>MONDAY</w:t>
            </w:r>
            <w:r>
              <w:br/>
            </w:r>
            <w:r>
              <w:rPr>
                <w:b/>
                <w:color w:val="FFFFFF"/>
              </w:rPr>
              <w:t>September 28</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5D91B1E" w14:textId="77777777" w:rsidR="00C36338" w:rsidRDefault="00000000">
            <w:pPr>
              <w:spacing w:after="80" w:line="252" w:lineRule="auto"/>
            </w:pPr>
            <w:r>
              <w:rPr>
                <w:b/>
                <w:color w:val="06234B"/>
              </w:rPr>
              <w:t>Luke 5</w:t>
            </w:r>
          </w:p>
          <w:p w14:paraId="24F24C28" w14:textId="77777777" w:rsidR="00C36338" w:rsidRDefault="00000000">
            <w:pPr>
              <w:spacing w:after="80" w:line="252" w:lineRule="auto"/>
            </w:pPr>
            <w:r>
              <w:rPr>
                <w:b/>
                <w:color w:val="C59540"/>
              </w:rPr>
              <w:t xml:space="preserve">Reading Note: </w:t>
            </w:r>
            <w:r>
              <w:t>Jesus calls ordinary workers, cleanses the unclean, forgives sins, and eats with sinners. He does not call perfect men; He calls men willing to leave old ways and follow Him. Grace leads to a new direction.</w:t>
            </w:r>
          </w:p>
        </w:tc>
      </w:tr>
      <w:tr w:rsidR="00C36338" w14:paraId="5EF366E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FFF3000" w14:textId="77777777" w:rsidR="00C36338" w:rsidRDefault="00000000">
            <w:pPr>
              <w:spacing w:after="80" w:line="252" w:lineRule="auto"/>
              <w:jc w:val="center"/>
            </w:pPr>
            <w:r>
              <w:rPr>
                <w:b/>
                <w:color w:val="FFFFFF"/>
              </w:rPr>
              <w:t>TUESDAY</w:t>
            </w:r>
            <w:r>
              <w:br/>
            </w:r>
            <w:r>
              <w:rPr>
                <w:b/>
                <w:color w:val="FFFFFF"/>
              </w:rPr>
              <w:t>September 29</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BE156BB" w14:textId="77777777" w:rsidR="00C36338" w:rsidRDefault="00000000">
            <w:pPr>
              <w:spacing w:after="80" w:line="252" w:lineRule="auto"/>
            </w:pPr>
            <w:r>
              <w:rPr>
                <w:b/>
                <w:color w:val="06234B"/>
              </w:rPr>
              <w:t>Luke 6:1-26</w:t>
            </w:r>
          </w:p>
          <w:p w14:paraId="5EC8F888" w14:textId="77777777" w:rsidR="00C36338" w:rsidRDefault="00000000">
            <w:pPr>
              <w:spacing w:after="80" w:line="252" w:lineRule="auto"/>
            </w:pPr>
            <w:r>
              <w:rPr>
                <w:b/>
                <w:color w:val="C59540"/>
              </w:rPr>
              <w:t xml:space="preserve">Reading Note: </w:t>
            </w:r>
            <w:r>
              <w:t>Jesus confronts shallow religion and chooses His apostles before teaching about the kingdom. Blessing looks different in Jesus’ hands than it does in the world. He forms men who live by His values, not cultural assumptions.</w:t>
            </w:r>
          </w:p>
        </w:tc>
      </w:tr>
      <w:tr w:rsidR="00C36338" w14:paraId="437608CF"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ABE87AD" w14:textId="77777777" w:rsidR="00C36338" w:rsidRDefault="00000000">
            <w:pPr>
              <w:spacing w:after="80" w:line="252" w:lineRule="auto"/>
              <w:jc w:val="center"/>
            </w:pPr>
            <w:r>
              <w:rPr>
                <w:b/>
                <w:color w:val="FFFFFF"/>
              </w:rPr>
              <w:t>WEDNESDAY</w:t>
            </w:r>
            <w:r>
              <w:br/>
            </w:r>
            <w:r>
              <w:rPr>
                <w:b/>
                <w:color w:val="FFFFFF"/>
              </w:rPr>
              <w:t>September 30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A67CBB1" w14:textId="77777777" w:rsidR="00C36338" w:rsidRDefault="00000000">
            <w:pPr>
              <w:spacing w:after="80" w:line="252" w:lineRule="auto"/>
            </w:pPr>
            <w:r>
              <w:rPr>
                <w:b/>
                <w:color w:val="06234B"/>
              </w:rPr>
              <w:t>Luke 6:27-49</w:t>
            </w:r>
          </w:p>
          <w:p w14:paraId="3AFE28F5" w14:textId="77777777" w:rsidR="00C36338" w:rsidRDefault="00000000">
            <w:pPr>
              <w:spacing w:after="80" w:line="252" w:lineRule="auto"/>
            </w:pPr>
            <w:r>
              <w:rPr>
                <w:b/>
                <w:color w:val="C59540"/>
              </w:rPr>
              <w:t xml:space="preserve">Reading Note: </w:t>
            </w:r>
            <w:r>
              <w:t>Jesus calls His followers to love enemies, examine their own hearts, and build on His words. The mouth speaks from what fills the heart, and a tree is known by its fruit. Formation shows up in how we speak, respond, forgive, and obey.</w:t>
            </w:r>
          </w:p>
        </w:tc>
      </w:tr>
      <w:tr w:rsidR="00C36338" w14:paraId="74497613"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23CC3D2" w14:textId="77777777" w:rsidR="00C36338" w:rsidRDefault="00000000">
            <w:pPr>
              <w:spacing w:after="80" w:line="252" w:lineRule="auto"/>
              <w:jc w:val="center"/>
            </w:pPr>
            <w:r>
              <w:rPr>
                <w:b/>
                <w:color w:val="FFFFFF"/>
              </w:rPr>
              <w:t>THURSDAY</w:t>
            </w:r>
            <w:r>
              <w:br/>
            </w:r>
            <w:r>
              <w:rPr>
                <w:b/>
                <w:color w:val="FFFFFF"/>
              </w:rPr>
              <w:t>October 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03101DE" w14:textId="77777777" w:rsidR="00C36338" w:rsidRDefault="00000000">
            <w:pPr>
              <w:spacing w:after="80" w:line="252" w:lineRule="auto"/>
            </w:pPr>
            <w:r>
              <w:rPr>
                <w:b/>
                <w:color w:val="06234B"/>
              </w:rPr>
              <w:t>Luke 7:1-35</w:t>
            </w:r>
          </w:p>
          <w:p w14:paraId="43216C6D" w14:textId="77777777" w:rsidR="00C36338" w:rsidRDefault="00000000">
            <w:pPr>
              <w:spacing w:after="80" w:line="252" w:lineRule="auto"/>
            </w:pPr>
            <w:r>
              <w:rPr>
                <w:b/>
                <w:color w:val="C59540"/>
              </w:rPr>
              <w:t xml:space="preserve">Reading Note: </w:t>
            </w:r>
            <w:r>
              <w:t>Jesus honours humble faith, shows compassion to a grieving mother, and answers John’s doubts with evidence of the kingdom. Faith is not always loud or certain. Sometimes it is simply bringing our need to Jesus and trusting Him again.</w:t>
            </w:r>
          </w:p>
        </w:tc>
      </w:tr>
      <w:tr w:rsidR="00C36338" w14:paraId="6DB68B8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143A6FF" w14:textId="77777777" w:rsidR="00C36338" w:rsidRDefault="00000000">
            <w:pPr>
              <w:spacing w:after="80" w:line="252" w:lineRule="auto"/>
              <w:jc w:val="center"/>
            </w:pPr>
            <w:r>
              <w:rPr>
                <w:b/>
                <w:color w:val="FFFFFF"/>
              </w:rPr>
              <w:t>FRIDAY</w:t>
            </w:r>
            <w:r>
              <w:br/>
            </w:r>
            <w:r>
              <w:rPr>
                <w:b/>
                <w:color w:val="FFFFFF"/>
              </w:rPr>
              <w:t>October 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B6A5449" w14:textId="77777777" w:rsidR="00C36338" w:rsidRDefault="00000000">
            <w:pPr>
              <w:spacing w:after="80" w:line="252" w:lineRule="auto"/>
            </w:pPr>
            <w:r>
              <w:rPr>
                <w:b/>
                <w:color w:val="06234B"/>
              </w:rPr>
              <w:t>Luke 7:36-50</w:t>
            </w:r>
          </w:p>
          <w:p w14:paraId="19305195" w14:textId="77777777" w:rsidR="00C36338" w:rsidRDefault="00000000">
            <w:pPr>
              <w:spacing w:after="80" w:line="252" w:lineRule="auto"/>
            </w:pPr>
            <w:r>
              <w:rPr>
                <w:b/>
                <w:color w:val="C59540"/>
              </w:rPr>
              <w:t xml:space="preserve">Reading Note: </w:t>
            </w:r>
            <w:r>
              <w:t>A sinful woman responds to Jesus with love because she knows she has been forgiven much. The religious man misses grace because he sees others clearly but not himself. Humility grows when we remember how much mercy we have received.</w:t>
            </w:r>
          </w:p>
        </w:tc>
      </w:tr>
      <w:tr w:rsidR="00C36338" w14:paraId="70554D2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F13C869" w14:textId="77777777" w:rsidR="00C36338" w:rsidRDefault="00000000">
            <w:pPr>
              <w:spacing w:after="80" w:line="252" w:lineRule="auto"/>
              <w:jc w:val="center"/>
            </w:pPr>
            <w:r>
              <w:rPr>
                <w:b/>
                <w:color w:val="FFFFFF"/>
              </w:rPr>
              <w:t>SATURDAY</w:t>
            </w:r>
            <w:r>
              <w:br/>
            </w:r>
            <w:r>
              <w:rPr>
                <w:b/>
                <w:color w:val="FFFFFF"/>
              </w:rPr>
              <w:t>October 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4FC1C1F" w14:textId="77777777" w:rsidR="00C36338" w:rsidRDefault="00000000">
            <w:pPr>
              <w:spacing w:after="80" w:line="252" w:lineRule="auto"/>
            </w:pPr>
            <w:r>
              <w:rPr>
                <w:b/>
                <w:color w:val="06234B"/>
              </w:rPr>
              <w:t>Luke 8:1-25</w:t>
            </w:r>
          </w:p>
          <w:p w14:paraId="56CF78AC" w14:textId="77777777" w:rsidR="00C36338" w:rsidRDefault="00000000">
            <w:pPr>
              <w:spacing w:after="80" w:line="252" w:lineRule="auto"/>
            </w:pPr>
            <w:r>
              <w:rPr>
                <w:b/>
                <w:color w:val="C59540"/>
              </w:rPr>
              <w:t xml:space="preserve">Reading Note: </w:t>
            </w:r>
            <w:r>
              <w:t>Jesus teaches that the Word bears fruit in receptive hearts and then shows His authority over the storm. We need both hearing and trusting. The question is whether God’s Word is taking root deeply enough to hold us steady when life shakes.</w:t>
            </w:r>
          </w:p>
        </w:tc>
      </w:tr>
      <w:tr w:rsidR="00C36338" w14:paraId="4E1A900A"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137DB5E0" w14:textId="77777777" w:rsidR="00C36338" w:rsidRDefault="00000000">
            <w:pPr>
              <w:spacing w:after="80" w:line="252" w:lineRule="auto"/>
              <w:jc w:val="center"/>
            </w:pPr>
            <w:r>
              <w:rPr>
                <w:b/>
              </w:rPr>
              <w:lastRenderedPageBreak/>
              <w:t>SUNDAY</w:t>
            </w:r>
            <w:r>
              <w:br/>
            </w:r>
            <w:r>
              <w:rPr>
                <w:b/>
              </w:rPr>
              <w:t>October 4</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58B70AA5" w14:textId="77777777" w:rsidR="00C36338" w:rsidRDefault="00000000">
            <w:pPr>
              <w:spacing w:after="80" w:line="252" w:lineRule="auto"/>
            </w:pPr>
            <w:r>
              <w:rPr>
                <w:b/>
              </w:rPr>
              <w:t>OPEN SUNDAY</w:t>
            </w:r>
          </w:p>
          <w:p w14:paraId="01204598"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2F4BF843"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6C14B5D5" w14:textId="77777777" w:rsidR="00C36338" w:rsidRDefault="00000000">
            <w:pPr>
              <w:spacing w:after="80" w:line="252" w:lineRule="auto"/>
              <w:jc w:val="center"/>
            </w:pPr>
            <w:r>
              <w:rPr>
                <w:b/>
                <w:color w:val="FFFFFF"/>
              </w:rPr>
              <w:t>MONDAY</w:t>
            </w:r>
            <w:r>
              <w:br/>
            </w:r>
            <w:r>
              <w:rPr>
                <w:b/>
                <w:color w:val="FFFFFF"/>
              </w:rPr>
              <w:t>October 5</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7190AEC0" w14:textId="77777777" w:rsidR="00C36338" w:rsidRDefault="00000000">
            <w:pPr>
              <w:spacing w:after="80" w:line="252" w:lineRule="auto"/>
            </w:pPr>
            <w:r>
              <w:rPr>
                <w:b/>
                <w:color w:val="06234B"/>
              </w:rPr>
              <w:t>Luke 8:26-56</w:t>
            </w:r>
          </w:p>
          <w:p w14:paraId="79FB0DC3" w14:textId="4EAC53EC" w:rsidR="00C36338" w:rsidRDefault="00000000" w:rsidP="00642A93">
            <w:pPr>
              <w:spacing w:after="80" w:line="252" w:lineRule="auto"/>
            </w:pPr>
            <w:r>
              <w:rPr>
                <w:b/>
                <w:color w:val="C59540"/>
              </w:rPr>
              <w:t xml:space="preserve">Reading Note: </w:t>
            </w:r>
            <w:r>
              <w:t>Jesus restores the tormented, heals the desperate, and raises the dead. No situation is too unclean, too late, or too far gone for Him. Men following Jesus learn to bring fear, shame, and desperation into His presence.</w:t>
            </w:r>
          </w:p>
        </w:tc>
      </w:tr>
      <w:tr w:rsidR="00C36338" w14:paraId="4755CAB6"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07FF716" w14:textId="77777777" w:rsidR="00C36338" w:rsidRDefault="00000000">
            <w:pPr>
              <w:spacing w:after="80" w:line="252" w:lineRule="auto"/>
              <w:jc w:val="center"/>
            </w:pPr>
            <w:r>
              <w:rPr>
                <w:b/>
                <w:color w:val="FFFFFF"/>
              </w:rPr>
              <w:t>TUESDAY</w:t>
            </w:r>
            <w:r>
              <w:br/>
            </w:r>
            <w:r>
              <w:rPr>
                <w:b/>
                <w:color w:val="FFFFFF"/>
              </w:rPr>
              <w:t>October 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836CB2E" w14:textId="77777777" w:rsidR="00C36338" w:rsidRDefault="00000000">
            <w:pPr>
              <w:spacing w:after="80" w:line="252" w:lineRule="auto"/>
            </w:pPr>
            <w:r>
              <w:rPr>
                <w:b/>
                <w:color w:val="06234B"/>
              </w:rPr>
              <w:t>Luke 9:1-36</w:t>
            </w:r>
          </w:p>
          <w:p w14:paraId="2F150611" w14:textId="77777777" w:rsidR="00C36338" w:rsidRDefault="00000000">
            <w:pPr>
              <w:spacing w:after="80" w:line="252" w:lineRule="auto"/>
            </w:pPr>
            <w:r>
              <w:rPr>
                <w:b/>
                <w:color w:val="C59540"/>
              </w:rPr>
              <w:t xml:space="preserve">Reading Note: </w:t>
            </w:r>
            <w:r>
              <w:t xml:space="preserve">Jesus sends His disciples, feeds the crowd, reveals His glory, and teaches that following Him means self-denial. Discipleship is not using Jesus to support our plans. It is laying down our lives and listening to the </w:t>
            </w:r>
            <w:proofErr w:type="gramStart"/>
            <w:r>
              <w:t>Son</w:t>
            </w:r>
            <w:proofErr w:type="gramEnd"/>
            <w:r>
              <w:t>.</w:t>
            </w:r>
          </w:p>
          <w:p w14:paraId="091D626E" w14:textId="5496998F" w:rsidR="00642A93" w:rsidRDefault="00642A93">
            <w:pPr>
              <w:spacing w:after="80" w:line="252" w:lineRule="auto"/>
            </w:pPr>
            <w:r>
              <w:rPr>
                <w:b/>
                <w:color w:val="06234B"/>
              </w:rPr>
              <w:t>STUDY NIGHT 2 - 8:00-9:30 PM</w:t>
            </w:r>
          </w:p>
        </w:tc>
      </w:tr>
      <w:tr w:rsidR="00C36338" w14:paraId="3818207C"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14E7D29" w14:textId="77777777" w:rsidR="00C36338" w:rsidRDefault="00000000">
            <w:pPr>
              <w:spacing w:after="80" w:line="252" w:lineRule="auto"/>
              <w:jc w:val="center"/>
            </w:pPr>
            <w:r>
              <w:rPr>
                <w:b/>
                <w:color w:val="FFFFFF"/>
              </w:rPr>
              <w:t>WEDNESDAY</w:t>
            </w:r>
            <w:r>
              <w:br/>
            </w:r>
            <w:r>
              <w:rPr>
                <w:b/>
                <w:color w:val="FFFFFF"/>
              </w:rPr>
              <w:t>October 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B246DF3" w14:textId="77777777" w:rsidR="00C36338" w:rsidRDefault="00000000">
            <w:pPr>
              <w:spacing w:after="80" w:line="252" w:lineRule="auto"/>
            </w:pPr>
            <w:r>
              <w:rPr>
                <w:b/>
                <w:color w:val="06234B"/>
              </w:rPr>
              <w:t>Luke 9:37-62</w:t>
            </w:r>
          </w:p>
          <w:p w14:paraId="3F9AFE3C" w14:textId="77777777" w:rsidR="00C36338" w:rsidRDefault="00000000">
            <w:pPr>
              <w:spacing w:after="80" w:line="252" w:lineRule="auto"/>
            </w:pPr>
            <w:r>
              <w:rPr>
                <w:b/>
                <w:color w:val="C59540"/>
              </w:rPr>
              <w:t xml:space="preserve">Reading Note: </w:t>
            </w:r>
            <w:r>
              <w:t>Jesus confronts weak faith, pride, revenge, and half-hearted following. He is patient with failure but direct about the cost of discipleship. A steady man learns to follow Jesus without always needing comfort, control, or recognition.</w:t>
            </w:r>
          </w:p>
        </w:tc>
      </w:tr>
      <w:tr w:rsidR="00C36338" w14:paraId="486B075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0A302FA" w14:textId="77777777" w:rsidR="00C36338" w:rsidRDefault="00000000">
            <w:pPr>
              <w:spacing w:after="80" w:line="252" w:lineRule="auto"/>
              <w:jc w:val="center"/>
            </w:pPr>
            <w:r>
              <w:rPr>
                <w:b/>
                <w:color w:val="FFFFFF"/>
              </w:rPr>
              <w:t>THURSDAY</w:t>
            </w:r>
            <w:r>
              <w:br/>
            </w:r>
            <w:r>
              <w:rPr>
                <w:b/>
                <w:color w:val="FFFFFF"/>
              </w:rPr>
              <w:t>October 8</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8B5E0B3" w14:textId="77777777" w:rsidR="00C36338" w:rsidRDefault="00000000">
            <w:pPr>
              <w:spacing w:after="80" w:line="252" w:lineRule="auto"/>
            </w:pPr>
            <w:r>
              <w:rPr>
                <w:b/>
                <w:color w:val="06234B"/>
              </w:rPr>
              <w:t>Luke 10</w:t>
            </w:r>
          </w:p>
          <w:p w14:paraId="547A0F7D" w14:textId="77777777" w:rsidR="00C36338" w:rsidRDefault="00000000">
            <w:pPr>
              <w:spacing w:after="80" w:line="252" w:lineRule="auto"/>
            </w:pPr>
            <w:r>
              <w:rPr>
                <w:b/>
                <w:color w:val="C59540"/>
              </w:rPr>
              <w:t xml:space="preserve">Reading Note: </w:t>
            </w:r>
            <w:r>
              <w:t>Jesus sends the seventy-two, celebrates God’s work, teaches neighbour-love, and commends Mary’s attention to His word. Mission and presence belong together. We serve faithfully, but we also sit at Jesus’ feet and listen.</w:t>
            </w:r>
          </w:p>
          <w:p w14:paraId="69B10DCB" w14:textId="77777777" w:rsidR="00C36338" w:rsidRDefault="00000000">
            <w:pPr>
              <w:spacing w:before="140"/>
            </w:pPr>
            <w:r>
              <w:rPr>
                <w:b/>
                <w:color w:val="06234B"/>
              </w:rPr>
              <w:t>Optional section overview: BibleProject - Luke 10-24</w:t>
            </w:r>
            <w:r>
              <w:rPr>
                <w:b/>
                <w:color w:val="06234B"/>
              </w:rPr>
              <w:br/>
            </w:r>
            <w:hyperlink r:id="rId14">
              <w:r>
                <w:rPr>
                  <w:color w:val="C59540"/>
                  <w:szCs w:val="24"/>
                  <w:u w:val="single"/>
                </w:rPr>
                <w:t>https://bibleproject.com/videos/luke-10-24/</w:t>
              </w:r>
            </w:hyperlink>
          </w:p>
        </w:tc>
      </w:tr>
      <w:tr w:rsidR="00C36338" w14:paraId="015EEF69"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D05E308" w14:textId="77777777" w:rsidR="00C36338" w:rsidRDefault="00000000">
            <w:pPr>
              <w:spacing w:after="80" w:line="252" w:lineRule="auto"/>
              <w:jc w:val="center"/>
            </w:pPr>
            <w:r>
              <w:rPr>
                <w:b/>
                <w:color w:val="FFFFFF"/>
              </w:rPr>
              <w:t>FRIDAY</w:t>
            </w:r>
            <w:r>
              <w:br/>
            </w:r>
            <w:r>
              <w:rPr>
                <w:b/>
                <w:color w:val="FFFFFF"/>
              </w:rPr>
              <w:t>October 9</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5E393DA" w14:textId="77777777" w:rsidR="00C36338" w:rsidRDefault="00000000">
            <w:pPr>
              <w:spacing w:after="80" w:line="252" w:lineRule="auto"/>
            </w:pPr>
            <w:r>
              <w:rPr>
                <w:b/>
                <w:color w:val="06234B"/>
              </w:rPr>
              <w:t>Luke 11:1-28</w:t>
            </w:r>
          </w:p>
          <w:p w14:paraId="36AC0C41" w14:textId="77777777" w:rsidR="00C36338" w:rsidRDefault="00000000">
            <w:pPr>
              <w:spacing w:after="80" w:line="252" w:lineRule="auto"/>
            </w:pPr>
            <w:r>
              <w:rPr>
                <w:b/>
                <w:color w:val="C59540"/>
              </w:rPr>
              <w:t xml:space="preserve">Reading Note: </w:t>
            </w:r>
            <w:r>
              <w:t>Jesus teaches His disciples to pray and calls people to hear and keep God’s Word. Prayer is not a performance; it is dependence on the Father. Men are formed as they learn to ask, seek, knock, and obey.</w:t>
            </w:r>
          </w:p>
        </w:tc>
      </w:tr>
      <w:tr w:rsidR="00C36338" w14:paraId="17188AA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21341CC" w14:textId="77777777" w:rsidR="00C36338" w:rsidRDefault="00000000">
            <w:pPr>
              <w:spacing w:after="80" w:line="252" w:lineRule="auto"/>
              <w:jc w:val="center"/>
            </w:pPr>
            <w:r>
              <w:rPr>
                <w:b/>
                <w:color w:val="FFFFFF"/>
              </w:rPr>
              <w:lastRenderedPageBreak/>
              <w:t>SATURDAY</w:t>
            </w:r>
            <w:r>
              <w:br/>
            </w:r>
            <w:r>
              <w:rPr>
                <w:b/>
                <w:color w:val="FFFFFF"/>
              </w:rPr>
              <w:t>October 10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27D000DC" w14:textId="77777777" w:rsidR="00C36338" w:rsidRDefault="00000000">
            <w:pPr>
              <w:spacing w:after="80" w:line="252" w:lineRule="auto"/>
            </w:pPr>
            <w:r>
              <w:rPr>
                <w:b/>
                <w:color w:val="06234B"/>
              </w:rPr>
              <w:t>Luke 11:29-54</w:t>
            </w:r>
          </w:p>
          <w:p w14:paraId="71BDBD6A" w14:textId="77777777" w:rsidR="00C36338" w:rsidRDefault="00000000">
            <w:pPr>
              <w:spacing w:after="80" w:line="252" w:lineRule="auto"/>
            </w:pPr>
            <w:r>
              <w:rPr>
                <w:b/>
                <w:color w:val="C59540"/>
              </w:rPr>
              <w:t xml:space="preserve">Reading Note: </w:t>
            </w:r>
            <w:r>
              <w:t>Jesus warns against spiritual blindness, hypocrisy, and looking clean on the outside while the heart is far from God. This is a hard but needed passage. Formation means allowing Jesus to address the hidden places, not only the visible ones.</w:t>
            </w:r>
          </w:p>
        </w:tc>
      </w:tr>
      <w:tr w:rsidR="00C36338" w14:paraId="222ADDBD"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238AE8C7" w14:textId="77777777" w:rsidR="00C36338" w:rsidRDefault="00000000">
            <w:pPr>
              <w:spacing w:after="80" w:line="252" w:lineRule="auto"/>
              <w:jc w:val="center"/>
            </w:pPr>
            <w:r>
              <w:rPr>
                <w:b/>
              </w:rPr>
              <w:t>SUNDAY</w:t>
            </w:r>
            <w:r>
              <w:br/>
            </w:r>
            <w:r>
              <w:rPr>
                <w:b/>
              </w:rPr>
              <w:t>October 11</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2310ED2A" w14:textId="77777777" w:rsidR="00C36338" w:rsidRDefault="00000000">
            <w:pPr>
              <w:spacing w:after="80" w:line="252" w:lineRule="auto"/>
            </w:pPr>
            <w:r>
              <w:rPr>
                <w:b/>
              </w:rPr>
              <w:t>OPEN SUNDAY</w:t>
            </w:r>
          </w:p>
          <w:p w14:paraId="5B673A0D"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15F6B14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1896D68" w14:textId="77777777" w:rsidR="00C36338" w:rsidRDefault="00000000">
            <w:pPr>
              <w:spacing w:after="80" w:line="252" w:lineRule="auto"/>
              <w:jc w:val="center"/>
            </w:pPr>
            <w:r>
              <w:rPr>
                <w:b/>
                <w:color w:val="FFFFFF"/>
              </w:rPr>
              <w:t>MONDAY</w:t>
            </w:r>
            <w:r>
              <w:br/>
            </w:r>
            <w:r>
              <w:rPr>
                <w:b/>
                <w:color w:val="FFFFFF"/>
              </w:rPr>
              <w:t>October 12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0370F23" w14:textId="77777777" w:rsidR="00C36338" w:rsidRDefault="00000000">
            <w:pPr>
              <w:spacing w:after="80" w:line="252" w:lineRule="auto"/>
            </w:pPr>
            <w:r>
              <w:rPr>
                <w:b/>
                <w:color w:val="06234B"/>
              </w:rPr>
              <w:t>Luke 12:1-34</w:t>
            </w:r>
          </w:p>
          <w:p w14:paraId="0B4CA230" w14:textId="77777777" w:rsidR="00C36338" w:rsidRDefault="00000000">
            <w:pPr>
              <w:spacing w:after="80" w:line="252" w:lineRule="auto"/>
            </w:pPr>
            <w:r>
              <w:rPr>
                <w:b/>
                <w:color w:val="C59540"/>
              </w:rPr>
              <w:t xml:space="preserve">Reading Note: </w:t>
            </w:r>
            <w:r>
              <w:t>Jesus speaks about fear, hypocrisy, greed, worry, and treasure. What we fear and what we treasure deeply forms how we live. A man rooted in Christ learns to seek God’s kingdom rather than being ruled by anxiety or possessions.</w:t>
            </w:r>
          </w:p>
        </w:tc>
      </w:tr>
      <w:tr w:rsidR="00C36338" w14:paraId="617D3494"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3FBC038" w14:textId="77777777" w:rsidR="00C36338" w:rsidRDefault="00000000">
            <w:pPr>
              <w:spacing w:after="80" w:line="252" w:lineRule="auto"/>
              <w:jc w:val="center"/>
            </w:pPr>
            <w:r>
              <w:rPr>
                <w:b/>
                <w:color w:val="FFFFFF"/>
              </w:rPr>
              <w:t>TUESDAY</w:t>
            </w:r>
            <w:r>
              <w:br/>
            </w:r>
            <w:r>
              <w:rPr>
                <w:b/>
                <w:color w:val="FFFFFF"/>
              </w:rPr>
              <w:t>October 13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C09EC80" w14:textId="77777777" w:rsidR="00C36338" w:rsidRDefault="00000000">
            <w:pPr>
              <w:spacing w:after="80" w:line="252" w:lineRule="auto"/>
            </w:pPr>
            <w:r>
              <w:rPr>
                <w:b/>
                <w:color w:val="06234B"/>
              </w:rPr>
              <w:t>Luke 12:35-59</w:t>
            </w:r>
          </w:p>
          <w:p w14:paraId="03C2C145" w14:textId="77777777" w:rsidR="00C36338" w:rsidRDefault="00000000">
            <w:pPr>
              <w:spacing w:after="80" w:line="252" w:lineRule="auto"/>
            </w:pPr>
            <w:r>
              <w:rPr>
                <w:b/>
                <w:color w:val="C59540"/>
              </w:rPr>
              <w:t xml:space="preserve">Reading Note: </w:t>
            </w:r>
            <w:r>
              <w:t>Jesus calls His servants to readiness, faithfulness, and wise stewardship. We are accountable for what has been entrusted to us. Steady men live awake, not passive, using responsibility for God’s purposes.</w:t>
            </w:r>
          </w:p>
        </w:tc>
      </w:tr>
      <w:tr w:rsidR="00C36338" w14:paraId="529CE68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B56FAAB" w14:textId="77777777" w:rsidR="00C36338" w:rsidRDefault="00000000">
            <w:pPr>
              <w:spacing w:after="80" w:line="252" w:lineRule="auto"/>
              <w:jc w:val="center"/>
            </w:pPr>
            <w:r>
              <w:rPr>
                <w:b/>
                <w:color w:val="FFFFFF"/>
              </w:rPr>
              <w:t>WEDNESDAY</w:t>
            </w:r>
            <w:r>
              <w:br/>
            </w:r>
            <w:r>
              <w:rPr>
                <w:b/>
                <w:color w:val="FFFFFF"/>
              </w:rPr>
              <w:t>October 14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2DB30FC" w14:textId="77777777" w:rsidR="00C36338" w:rsidRDefault="00000000">
            <w:pPr>
              <w:spacing w:after="80" w:line="252" w:lineRule="auto"/>
            </w:pPr>
            <w:r>
              <w:rPr>
                <w:b/>
                <w:color w:val="06234B"/>
              </w:rPr>
              <w:t>Luke 13</w:t>
            </w:r>
          </w:p>
          <w:p w14:paraId="5DF31C98" w14:textId="77777777" w:rsidR="00C36338" w:rsidRDefault="00000000">
            <w:pPr>
              <w:spacing w:after="80" w:line="252" w:lineRule="auto"/>
            </w:pPr>
            <w:r>
              <w:rPr>
                <w:b/>
                <w:color w:val="C59540"/>
              </w:rPr>
              <w:t xml:space="preserve">Reading Note: </w:t>
            </w:r>
            <w:r>
              <w:t>Jesus calls people to repent, shows compassion, and grieves over Jerusalem’s resistance. God’s patience is real, but so is His call to respond. Formation includes letting Jesus interrupt our excuses and draw us back to Him.</w:t>
            </w:r>
          </w:p>
        </w:tc>
      </w:tr>
      <w:tr w:rsidR="00C36338" w14:paraId="07D6CA6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844DE26" w14:textId="77777777" w:rsidR="00C36338" w:rsidRDefault="00000000">
            <w:pPr>
              <w:spacing w:after="80" w:line="252" w:lineRule="auto"/>
              <w:jc w:val="center"/>
            </w:pPr>
            <w:r>
              <w:rPr>
                <w:b/>
                <w:color w:val="FFFFFF"/>
              </w:rPr>
              <w:t>THURSDAY</w:t>
            </w:r>
            <w:r>
              <w:br/>
            </w:r>
            <w:r>
              <w:rPr>
                <w:b/>
                <w:color w:val="FFFFFF"/>
              </w:rPr>
              <w:t>October 15</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50B437A" w14:textId="77777777" w:rsidR="00C36338" w:rsidRDefault="00000000">
            <w:pPr>
              <w:spacing w:after="80" w:line="252" w:lineRule="auto"/>
            </w:pPr>
            <w:r>
              <w:rPr>
                <w:b/>
                <w:color w:val="06234B"/>
              </w:rPr>
              <w:t>Luke 14</w:t>
            </w:r>
          </w:p>
          <w:p w14:paraId="0C2879D6" w14:textId="77777777" w:rsidR="00C36338" w:rsidRDefault="00000000">
            <w:pPr>
              <w:spacing w:after="80" w:line="252" w:lineRule="auto"/>
            </w:pPr>
            <w:r>
              <w:rPr>
                <w:b/>
                <w:color w:val="C59540"/>
              </w:rPr>
              <w:t xml:space="preserve">Reading Note: </w:t>
            </w:r>
            <w:r>
              <w:t>Jesus teaches humility, hospitality, and the cost of discipleship. The kingdom reshapes who we honour, how we use our homes, and what we are willing to surrender. Following Jesus must become more important than image or comfort.</w:t>
            </w:r>
          </w:p>
        </w:tc>
      </w:tr>
      <w:tr w:rsidR="00C36338" w14:paraId="2644961F"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561FAC15" w14:textId="77777777" w:rsidR="00C36338" w:rsidRDefault="00000000">
            <w:pPr>
              <w:spacing w:after="80" w:line="252" w:lineRule="auto"/>
              <w:jc w:val="center"/>
            </w:pPr>
            <w:r>
              <w:rPr>
                <w:b/>
                <w:color w:val="FFFFFF"/>
              </w:rPr>
              <w:t>FRIDAY</w:t>
            </w:r>
            <w:r>
              <w:br/>
            </w:r>
            <w:r>
              <w:rPr>
                <w:b/>
                <w:color w:val="FFFFFF"/>
              </w:rPr>
              <w:t>October 16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819733B" w14:textId="77777777" w:rsidR="00C36338" w:rsidRDefault="00000000">
            <w:pPr>
              <w:spacing w:after="80" w:line="252" w:lineRule="auto"/>
            </w:pPr>
            <w:r>
              <w:rPr>
                <w:b/>
                <w:color w:val="06234B"/>
              </w:rPr>
              <w:t>Luke 15</w:t>
            </w:r>
          </w:p>
          <w:p w14:paraId="23664A7E" w14:textId="77777777" w:rsidR="00C36338" w:rsidRDefault="00000000">
            <w:pPr>
              <w:spacing w:after="80" w:line="252" w:lineRule="auto"/>
            </w:pPr>
            <w:r>
              <w:rPr>
                <w:b/>
                <w:color w:val="C59540"/>
              </w:rPr>
              <w:t xml:space="preserve">Reading Note: </w:t>
            </w:r>
            <w:r>
              <w:t>Jesus tells stories of the lost sheep, lost coin, and lost son. God’s heart is to seek and restore the lost, not celebrate self-righteous distance. Men formed by grace become men who pursue, forgive, and rejoice in restoration.</w:t>
            </w:r>
          </w:p>
        </w:tc>
      </w:tr>
      <w:tr w:rsidR="00C36338" w14:paraId="1D0F05F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03FEEA4" w14:textId="77777777" w:rsidR="00C36338" w:rsidRDefault="00000000">
            <w:pPr>
              <w:spacing w:after="80" w:line="252" w:lineRule="auto"/>
              <w:jc w:val="center"/>
            </w:pPr>
            <w:r>
              <w:rPr>
                <w:b/>
                <w:color w:val="FFFFFF"/>
              </w:rPr>
              <w:lastRenderedPageBreak/>
              <w:t>SATURDAY</w:t>
            </w:r>
            <w:r>
              <w:br/>
            </w:r>
            <w:r>
              <w:rPr>
                <w:b/>
                <w:color w:val="FFFFFF"/>
              </w:rPr>
              <w:t>October 17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FB2D914" w14:textId="77777777" w:rsidR="00C36338" w:rsidRDefault="00000000">
            <w:pPr>
              <w:spacing w:after="80" w:line="252" w:lineRule="auto"/>
            </w:pPr>
            <w:r>
              <w:rPr>
                <w:b/>
                <w:color w:val="06234B"/>
              </w:rPr>
              <w:t>Luke 16</w:t>
            </w:r>
          </w:p>
          <w:p w14:paraId="2B3EA364" w14:textId="77777777" w:rsidR="00C36338" w:rsidRDefault="00000000">
            <w:pPr>
              <w:spacing w:after="80" w:line="252" w:lineRule="auto"/>
            </w:pPr>
            <w:r>
              <w:rPr>
                <w:b/>
                <w:color w:val="C59540"/>
              </w:rPr>
              <w:t xml:space="preserve">Reading Note: </w:t>
            </w:r>
            <w:r>
              <w:t>Jesus confronts how we handle money, faithfulness, and eternal realities. What we do with small responsibilities reveals larger loyalties. A steady man learns to use resources as a servant of God, not as a master over his heart.</w:t>
            </w:r>
          </w:p>
        </w:tc>
      </w:tr>
      <w:tr w:rsidR="00C36338" w14:paraId="2E799862"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646508B5" w14:textId="77777777" w:rsidR="00C36338" w:rsidRDefault="00000000">
            <w:pPr>
              <w:spacing w:after="80" w:line="252" w:lineRule="auto"/>
              <w:jc w:val="center"/>
            </w:pPr>
            <w:r>
              <w:rPr>
                <w:b/>
              </w:rPr>
              <w:t>SUNDAY</w:t>
            </w:r>
            <w:r>
              <w:br/>
            </w:r>
            <w:r>
              <w:rPr>
                <w:b/>
              </w:rPr>
              <w:t>October 18</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130BED23" w14:textId="77777777" w:rsidR="00C36338" w:rsidRDefault="00000000">
            <w:pPr>
              <w:spacing w:after="80" w:line="252" w:lineRule="auto"/>
            </w:pPr>
            <w:r>
              <w:rPr>
                <w:b/>
              </w:rPr>
              <w:t>OPEN SUNDAY</w:t>
            </w:r>
          </w:p>
          <w:p w14:paraId="4B9501F9"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5FF59D08"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09D7A2CC" w14:textId="77777777" w:rsidR="00C36338" w:rsidRDefault="00000000">
            <w:pPr>
              <w:spacing w:after="80" w:line="252" w:lineRule="auto"/>
              <w:jc w:val="center"/>
            </w:pPr>
            <w:r>
              <w:rPr>
                <w:b/>
                <w:color w:val="FFFFFF"/>
              </w:rPr>
              <w:t>MONDAY</w:t>
            </w:r>
            <w:r>
              <w:br/>
            </w:r>
            <w:r>
              <w:rPr>
                <w:b/>
                <w:color w:val="FFFFFF"/>
              </w:rPr>
              <w:t>October 19</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308D329E" w14:textId="77777777" w:rsidR="00C36338" w:rsidRDefault="00000000">
            <w:pPr>
              <w:spacing w:after="80" w:line="252" w:lineRule="auto"/>
            </w:pPr>
            <w:r>
              <w:rPr>
                <w:b/>
                <w:color w:val="06234B"/>
              </w:rPr>
              <w:t>Luke 17</w:t>
            </w:r>
          </w:p>
          <w:p w14:paraId="33DBAE51" w14:textId="77777777" w:rsidR="00C36338" w:rsidRDefault="00000000">
            <w:pPr>
              <w:spacing w:after="80" w:line="252" w:lineRule="auto"/>
            </w:pPr>
            <w:r>
              <w:rPr>
                <w:b/>
                <w:color w:val="C59540"/>
              </w:rPr>
              <w:t xml:space="preserve">Reading Note: </w:t>
            </w:r>
            <w:r>
              <w:t>Jesus speaks about forgiveness, faith, gratitude, and readiness for the kingdom. The grateful leper reminds us not to receive mercy casually. Faithfulness is often shown in simple obedience, humility, and returning to give thanks.</w:t>
            </w:r>
          </w:p>
          <w:p w14:paraId="0DBB27E1" w14:textId="77777777" w:rsidR="00C36338" w:rsidRDefault="00000000">
            <w:pPr>
              <w:spacing w:before="60" w:after="80" w:line="252" w:lineRule="auto"/>
            </w:pPr>
            <w:r>
              <w:rPr>
                <w:b/>
                <w:color w:val="06234B"/>
              </w:rPr>
              <w:t>STUDY NIGHT 3 - 8:00-9:30 PM</w:t>
            </w:r>
          </w:p>
        </w:tc>
      </w:tr>
      <w:tr w:rsidR="00C36338" w14:paraId="2CD0A12E"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C9621E2" w14:textId="77777777" w:rsidR="00C36338" w:rsidRDefault="00000000">
            <w:pPr>
              <w:spacing w:after="80" w:line="252" w:lineRule="auto"/>
              <w:jc w:val="center"/>
            </w:pPr>
            <w:r>
              <w:rPr>
                <w:b/>
                <w:color w:val="FFFFFF"/>
              </w:rPr>
              <w:t>TUESDAY</w:t>
            </w:r>
            <w:r>
              <w:br/>
            </w:r>
            <w:r>
              <w:rPr>
                <w:b/>
                <w:color w:val="FFFFFF"/>
              </w:rPr>
              <w:t>October 20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69EBD1B" w14:textId="77777777" w:rsidR="00C36338" w:rsidRDefault="00000000">
            <w:pPr>
              <w:spacing w:after="80" w:line="252" w:lineRule="auto"/>
            </w:pPr>
            <w:r>
              <w:rPr>
                <w:b/>
                <w:color w:val="06234B"/>
              </w:rPr>
              <w:t>Luke 18</w:t>
            </w:r>
          </w:p>
          <w:p w14:paraId="22C9A521" w14:textId="77777777" w:rsidR="00C36338" w:rsidRDefault="00000000">
            <w:pPr>
              <w:spacing w:after="80" w:line="252" w:lineRule="auto"/>
            </w:pPr>
            <w:r>
              <w:rPr>
                <w:b/>
                <w:color w:val="C59540"/>
              </w:rPr>
              <w:t xml:space="preserve">Reading Note: </w:t>
            </w:r>
            <w:r>
              <w:t>Jesus teaches persistence in prayer, humility before God, childlike dependence, surrender, and mercy. The Pharisee, rich ruler, and blind man all reveal different postures. Jesus receives those who know their need.</w:t>
            </w:r>
          </w:p>
        </w:tc>
      </w:tr>
      <w:tr w:rsidR="00C36338" w14:paraId="0961549F"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5AC43268" w14:textId="77777777" w:rsidR="00C36338" w:rsidRDefault="00000000">
            <w:pPr>
              <w:spacing w:after="80" w:line="252" w:lineRule="auto"/>
              <w:jc w:val="center"/>
            </w:pPr>
            <w:r>
              <w:rPr>
                <w:b/>
                <w:color w:val="FFFFFF"/>
              </w:rPr>
              <w:t>WEDNESDAY</w:t>
            </w:r>
            <w:r>
              <w:br/>
            </w:r>
            <w:r>
              <w:rPr>
                <w:b/>
                <w:color w:val="FFFFFF"/>
              </w:rPr>
              <w:t>October 21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3CEB1AC" w14:textId="77777777" w:rsidR="00C36338" w:rsidRDefault="00000000">
            <w:pPr>
              <w:spacing w:after="80" w:line="252" w:lineRule="auto"/>
            </w:pPr>
            <w:r>
              <w:rPr>
                <w:b/>
                <w:color w:val="06234B"/>
              </w:rPr>
              <w:t>Luke 19:1-27</w:t>
            </w:r>
          </w:p>
          <w:p w14:paraId="1B82F0EC" w14:textId="77777777" w:rsidR="00C36338" w:rsidRDefault="00000000">
            <w:pPr>
              <w:spacing w:after="80" w:line="252" w:lineRule="auto"/>
            </w:pPr>
            <w:r>
              <w:rPr>
                <w:b/>
                <w:color w:val="C59540"/>
              </w:rPr>
              <w:t xml:space="preserve">Reading Note: </w:t>
            </w:r>
            <w:r>
              <w:t>Zacchaeus shows repentance that changes real life, and Jesus teaches stewardship while we wait for the King. Grace does not leave a man unchanged. It reshapes what he does with money, opportunity, responsibility, and influence.</w:t>
            </w:r>
          </w:p>
        </w:tc>
      </w:tr>
      <w:tr w:rsidR="00C36338" w14:paraId="70712A5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5F804CA" w14:textId="77777777" w:rsidR="00C36338" w:rsidRDefault="00000000">
            <w:pPr>
              <w:spacing w:after="80" w:line="252" w:lineRule="auto"/>
              <w:jc w:val="center"/>
            </w:pPr>
            <w:r>
              <w:rPr>
                <w:b/>
                <w:color w:val="FFFFFF"/>
              </w:rPr>
              <w:t>THURSDAY</w:t>
            </w:r>
            <w:r>
              <w:br/>
            </w:r>
            <w:r>
              <w:rPr>
                <w:b/>
                <w:color w:val="FFFFFF"/>
              </w:rPr>
              <w:t>October 22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6DCBFF4" w14:textId="77777777" w:rsidR="00C36338" w:rsidRDefault="00000000">
            <w:pPr>
              <w:spacing w:after="80" w:line="252" w:lineRule="auto"/>
            </w:pPr>
            <w:r>
              <w:rPr>
                <w:b/>
                <w:color w:val="06234B"/>
              </w:rPr>
              <w:t>Luke 19:28-48</w:t>
            </w:r>
          </w:p>
          <w:p w14:paraId="1DBCD62C" w14:textId="77777777" w:rsidR="00C36338" w:rsidRDefault="00000000">
            <w:pPr>
              <w:spacing w:after="80" w:line="252" w:lineRule="auto"/>
            </w:pPr>
            <w:r>
              <w:rPr>
                <w:b/>
                <w:color w:val="C59540"/>
              </w:rPr>
              <w:t xml:space="preserve">Reading Note: </w:t>
            </w:r>
            <w:r>
              <w:t>Jesus enters Jerusalem as King and weeps over the city before cleansing the temple. He is gentle and authoritative, compassionate and holy. Following Him means receiving His reign over worship, priorities, and the direction of our lives.</w:t>
            </w:r>
          </w:p>
        </w:tc>
      </w:tr>
      <w:tr w:rsidR="00C36338" w14:paraId="2D433EE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072ACC4" w14:textId="77777777" w:rsidR="00C36338" w:rsidRDefault="00000000">
            <w:pPr>
              <w:spacing w:after="80" w:line="252" w:lineRule="auto"/>
              <w:jc w:val="center"/>
            </w:pPr>
            <w:r>
              <w:rPr>
                <w:b/>
                <w:color w:val="FFFFFF"/>
              </w:rPr>
              <w:t>FRIDAY</w:t>
            </w:r>
            <w:r>
              <w:br/>
            </w:r>
            <w:r>
              <w:rPr>
                <w:b/>
                <w:color w:val="FFFFFF"/>
              </w:rPr>
              <w:t>October 23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A5AAE9A" w14:textId="77777777" w:rsidR="00C36338" w:rsidRDefault="00000000">
            <w:pPr>
              <w:spacing w:after="80" w:line="252" w:lineRule="auto"/>
            </w:pPr>
            <w:r>
              <w:rPr>
                <w:b/>
                <w:color w:val="06234B"/>
              </w:rPr>
              <w:t>Luke 20</w:t>
            </w:r>
          </w:p>
          <w:p w14:paraId="53E903CA" w14:textId="77777777" w:rsidR="00C36338" w:rsidRDefault="00000000">
            <w:pPr>
              <w:spacing w:after="80" w:line="252" w:lineRule="auto"/>
            </w:pPr>
            <w:r>
              <w:rPr>
                <w:b/>
                <w:color w:val="C59540"/>
              </w:rPr>
              <w:t xml:space="preserve">Reading Note: </w:t>
            </w:r>
            <w:r>
              <w:t>Jesus faces testing from religious leaders and responds with wisdom and authority. He refuses traps, exposes false motives, and points people back to God. Men need wisdom that is rooted in truth, not reaction or pride.</w:t>
            </w:r>
          </w:p>
        </w:tc>
      </w:tr>
      <w:tr w:rsidR="00C36338" w14:paraId="5B861909"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7D16B61" w14:textId="77777777" w:rsidR="00C36338" w:rsidRDefault="00000000">
            <w:pPr>
              <w:spacing w:after="80" w:line="252" w:lineRule="auto"/>
              <w:jc w:val="center"/>
            </w:pPr>
            <w:r>
              <w:rPr>
                <w:b/>
                <w:color w:val="FFFFFF"/>
              </w:rPr>
              <w:lastRenderedPageBreak/>
              <w:t>SATURDAY</w:t>
            </w:r>
            <w:r>
              <w:br/>
            </w:r>
            <w:r>
              <w:rPr>
                <w:b/>
                <w:color w:val="FFFFFF"/>
              </w:rPr>
              <w:t>October 24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8112FF3" w14:textId="77777777" w:rsidR="00C36338" w:rsidRDefault="00000000">
            <w:pPr>
              <w:spacing w:after="80" w:line="252" w:lineRule="auto"/>
            </w:pPr>
            <w:r>
              <w:rPr>
                <w:b/>
                <w:color w:val="06234B"/>
              </w:rPr>
              <w:t>Luke 21</w:t>
            </w:r>
          </w:p>
          <w:p w14:paraId="16692A3D" w14:textId="77777777" w:rsidR="00C36338" w:rsidRDefault="00000000">
            <w:pPr>
              <w:spacing w:after="80" w:line="252" w:lineRule="auto"/>
            </w:pPr>
            <w:r>
              <w:rPr>
                <w:b/>
                <w:color w:val="C59540"/>
              </w:rPr>
              <w:t xml:space="preserve">Reading Note: </w:t>
            </w:r>
            <w:r>
              <w:t>Jesus warns about hardship, destruction, and watchfulness, while also noticing the poor widow’s costly gift. Faithfulness is not measured by appearance or ease. We endure by trusting Him and staying awake to what matters.</w:t>
            </w:r>
          </w:p>
        </w:tc>
      </w:tr>
      <w:tr w:rsidR="00C36338" w14:paraId="65F916D1"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427B54EC" w14:textId="77777777" w:rsidR="00C36338" w:rsidRDefault="00000000">
            <w:pPr>
              <w:spacing w:after="80" w:line="252" w:lineRule="auto"/>
              <w:jc w:val="center"/>
            </w:pPr>
            <w:r>
              <w:rPr>
                <w:b/>
              </w:rPr>
              <w:t>SUNDAY</w:t>
            </w:r>
            <w:r>
              <w:br/>
            </w:r>
            <w:r>
              <w:rPr>
                <w:b/>
              </w:rPr>
              <w:t>October 25</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1075B5BB" w14:textId="77777777" w:rsidR="00C36338" w:rsidRDefault="00000000">
            <w:pPr>
              <w:spacing w:after="80" w:line="252" w:lineRule="auto"/>
            </w:pPr>
            <w:r>
              <w:rPr>
                <w:b/>
              </w:rPr>
              <w:t>OPEN SUNDAY</w:t>
            </w:r>
          </w:p>
          <w:p w14:paraId="0EC9922A"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06C63D8F"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FED4DA8" w14:textId="77777777" w:rsidR="00C36338" w:rsidRDefault="00000000">
            <w:pPr>
              <w:spacing w:after="80" w:line="252" w:lineRule="auto"/>
              <w:jc w:val="center"/>
            </w:pPr>
            <w:r>
              <w:rPr>
                <w:b/>
                <w:color w:val="FFFFFF"/>
              </w:rPr>
              <w:t>MONDAY</w:t>
            </w:r>
            <w:r>
              <w:br/>
            </w:r>
            <w:r>
              <w:rPr>
                <w:b/>
                <w:color w:val="FFFFFF"/>
              </w:rPr>
              <w:t>October 26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6DC8F7ED" w14:textId="77777777" w:rsidR="00C36338" w:rsidRDefault="00000000">
            <w:pPr>
              <w:spacing w:after="80" w:line="252" w:lineRule="auto"/>
            </w:pPr>
            <w:r>
              <w:rPr>
                <w:b/>
                <w:color w:val="06234B"/>
              </w:rPr>
              <w:t>Luke 22:1-38</w:t>
            </w:r>
          </w:p>
          <w:p w14:paraId="51DC2D64" w14:textId="77777777" w:rsidR="00C36338" w:rsidRDefault="00000000">
            <w:pPr>
              <w:spacing w:after="80" w:line="252" w:lineRule="auto"/>
            </w:pPr>
            <w:r>
              <w:rPr>
                <w:b/>
                <w:color w:val="C59540"/>
              </w:rPr>
              <w:t xml:space="preserve">Reading Note: </w:t>
            </w:r>
            <w:r>
              <w:t>Jesus shares the meal, teaches servant leadership, warns Peter, and prepares His disciples for testing. Even at the table, pride and weakness are present. Jesus forms men by grace, truth, humility, and service.</w:t>
            </w:r>
          </w:p>
        </w:tc>
      </w:tr>
      <w:tr w:rsidR="00C36338" w14:paraId="609F8485"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E343D75" w14:textId="77777777" w:rsidR="00C36338" w:rsidRDefault="00000000">
            <w:pPr>
              <w:spacing w:after="80" w:line="252" w:lineRule="auto"/>
              <w:jc w:val="center"/>
            </w:pPr>
            <w:r>
              <w:rPr>
                <w:b/>
                <w:color w:val="FFFFFF"/>
              </w:rPr>
              <w:t>TUESDAY</w:t>
            </w:r>
            <w:r>
              <w:br/>
            </w:r>
            <w:r>
              <w:rPr>
                <w:b/>
                <w:color w:val="FFFFFF"/>
              </w:rPr>
              <w:t>October 27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526BFA5" w14:textId="77777777" w:rsidR="00C36338" w:rsidRDefault="00000000">
            <w:pPr>
              <w:spacing w:after="80" w:line="252" w:lineRule="auto"/>
            </w:pPr>
            <w:r>
              <w:rPr>
                <w:b/>
                <w:color w:val="06234B"/>
              </w:rPr>
              <w:t>Luke 22:39-71</w:t>
            </w:r>
          </w:p>
          <w:p w14:paraId="2A92E673" w14:textId="77777777" w:rsidR="00C36338" w:rsidRDefault="00000000">
            <w:pPr>
              <w:spacing w:after="80" w:line="252" w:lineRule="auto"/>
            </w:pPr>
            <w:r>
              <w:rPr>
                <w:b/>
                <w:color w:val="C59540"/>
              </w:rPr>
              <w:t xml:space="preserve">Reading Note: </w:t>
            </w:r>
            <w:r>
              <w:t>In Gethsemane and trial, Jesus remains surrendered to the Father while His disciples struggle and Peter denies Him. This passage shows both human weakness and Christ’s faithfulness. Our hope rests on His obedience, not our strength.</w:t>
            </w:r>
          </w:p>
        </w:tc>
      </w:tr>
      <w:tr w:rsidR="00C36338" w14:paraId="118052A3"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2ABCBBD" w14:textId="77777777" w:rsidR="00C36338" w:rsidRDefault="00000000">
            <w:pPr>
              <w:spacing w:after="80" w:line="252" w:lineRule="auto"/>
              <w:jc w:val="center"/>
            </w:pPr>
            <w:r>
              <w:rPr>
                <w:b/>
                <w:color w:val="FFFFFF"/>
              </w:rPr>
              <w:t>WEDNESDAY</w:t>
            </w:r>
            <w:r>
              <w:br/>
            </w:r>
            <w:r>
              <w:rPr>
                <w:b/>
                <w:color w:val="FFFFFF"/>
              </w:rPr>
              <w:t>October 28</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3B4014D" w14:textId="77777777" w:rsidR="00C36338" w:rsidRDefault="00000000">
            <w:pPr>
              <w:spacing w:after="80" w:line="252" w:lineRule="auto"/>
            </w:pPr>
            <w:r>
              <w:rPr>
                <w:b/>
                <w:color w:val="06234B"/>
              </w:rPr>
              <w:t>Luke 23:1-25</w:t>
            </w:r>
          </w:p>
          <w:p w14:paraId="5BA2D989" w14:textId="77777777" w:rsidR="00C36338" w:rsidRDefault="00000000">
            <w:pPr>
              <w:spacing w:after="80" w:line="252" w:lineRule="auto"/>
            </w:pPr>
            <w:r>
              <w:rPr>
                <w:b/>
                <w:color w:val="C59540"/>
              </w:rPr>
              <w:t xml:space="preserve">Reading Note: </w:t>
            </w:r>
            <w:r>
              <w:t>Jesus stands before rulers while the crowd chooses Barabbas. Injustice, cowardice, and compromise surround Him, yet He does not panic or retaliate. He is steady under pressure because He is surrendered to the Father.</w:t>
            </w:r>
          </w:p>
        </w:tc>
      </w:tr>
      <w:tr w:rsidR="00C36338" w14:paraId="7074631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2EEDFFB" w14:textId="77777777" w:rsidR="00C36338" w:rsidRDefault="00000000">
            <w:pPr>
              <w:spacing w:after="80" w:line="252" w:lineRule="auto"/>
              <w:jc w:val="center"/>
            </w:pPr>
            <w:r>
              <w:rPr>
                <w:b/>
                <w:color w:val="FFFFFF"/>
              </w:rPr>
              <w:t>THURSDAY</w:t>
            </w:r>
            <w:r>
              <w:br/>
            </w:r>
            <w:r>
              <w:rPr>
                <w:b/>
                <w:color w:val="FFFFFF"/>
              </w:rPr>
              <w:t>October 29</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21134C78" w14:textId="77777777" w:rsidR="00C36338" w:rsidRDefault="00000000">
            <w:pPr>
              <w:spacing w:after="80" w:line="252" w:lineRule="auto"/>
            </w:pPr>
            <w:r>
              <w:rPr>
                <w:b/>
                <w:color w:val="06234B"/>
              </w:rPr>
              <w:t>Luke 23:26-56</w:t>
            </w:r>
          </w:p>
          <w:p w14:paraId="7C69587B" w14:textId="77777777" w:rsidR="00C36338" w:rsidRDefault="00000000">
            <w:pPr>
              <w:spacing w:after="80" w:line="252" w:lineRule="auto"/>
            </w:pPr>
            <w:r>
              <w:rPr>
                <w:b/>
                <w:color w:val="C59540"/>
              </w:rPr>
              <w:t xml:space="preserve">Reading Note: </w:t>
            </w:r>
            <w:r>
              <w:t>Jesus is crucified, forgives, welcomes the repentant criminal, and entrusts Himself to the Father. His strength is sacrificial love. The cross reshapes what men should call courage, leadership, and faithfulness.</w:t>
            </w:r>
          </w:p>
        </w:tc>
      </w:tr>
      <w:tr w:rsidR="00C36338" w14:paraId="76DD251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C094ABC" w14:textId="77777777" w:rsidR="00C36338" w:rsidRDefault="00000000">
            <w:pPr>
              <w:spacing w:after="80" w:line="252" w:lineRule="auto"/>
              <w:jc w:val="center"/>
            </w:pPr>
            <w:r>
              <w:rPr>
                <w:b/>
                <w:color w:val="FFFFFF"/>
              </w:rPr>
              <w:t>FRIDAY</w:t>
            </w:r>
            <w:r>
              <w:br/>
            </w:r>
            <w:r>
              <w:rPr>
                <w:b/>
                <w:color w:val="FFFFFF"/>
              </w:rPr>
              <w:t>October 30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B84D3C1" w14:textId="77777777" w:rsidR="00C36338" w:rsidRDefault="00000000">
            <w:pPr>
              <w:spacing w:after="80" w:line="252" w:lineRule="auto"/>
            </w:pPr>
            <w:r>
              <w:rPr>
                <w:b/>
                <w:color w:val="06234B"/>
              </w:rPr>
              <w:t>Luke 24:1-35</w:t>
            </w:r>
          </w:p>
          <w:p w14:paraId="41BC7B90" w14:textId="77777777" w:rsidR="00C36338" w:rsidRDefault="00000000">
            <w:pPr>
              <w:spacing w:after="80" w:line="252" w:lineRule="auto"/>
            </w:pPr>
            <w:r>
              <w:rPr>
                <w:b/>
                <w:color w:val="C59540"/>
              </w:rPr>
              <w:t xml:space="preserve">Reading Note: </w:t>
            </w:r>
            <w:r>
              <w:t>The resurrection is announced, and Jesus opens the Scriptures to the disciples on the road. Their hearts burn as they begin to see the story clearly. Scripture and resurrection hope reframe confusion, grief, and disappointment.</w:t>
            </w:r>
          </w:p>
        </w:tc>
      </w:tr>
      <w:tr w:rsidR="00C36338" w14:paraId="408CF9A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CE4E522" w14:textId="77777777" w:rsidR="00C36338" w:rsidRDefault="00000000">
            <w:pPr>
              <w:spacing w:after="80" w:line="252" w:lineRule="auto"/>
              <w:jc w:val="center"/>
            </w:pPr>
            <w:r>
              <w:rPr>
                <w:b/>
                <w:color w:val="FFFFFF"/>
              </w:rPr>
              <w:lastRenderedPageBreak/>
              <w:t>SATURDAY</w:t>
            </w:r>
            <w:r>
              <w:br/>
            </w:r>
            <w:r>
              <w:rPr>
                <w:b/>
                <w:color w:val="FFFFFF"/>
              </w:rPr>
              <w:t>October 31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43713E9" w14:textId="77777777" w:rsidR="00C36338" w:rsidRDefault="00000000">
            <w:pPr>
              <w:spacing w:after="80" w:line="252" w:lineRule="auto"/>
            </w:pPr>
            <w:r>
              <w:rPr>
                <w:b/>
                <w:color w:val="06234B"/>
              </w:rPr>
              <w:t>Luke 24:36-53</w:t>
            </w:r>
          </w:p>
          <w:p w14:paraId="20037ADB" w14:textId="77777777" w:rsidR="00C36338" w:rsidRDefault="00000000">
            <w:pPr>
              <w:spacing w:after="80" w:line="252" w:lineRule="auto"/>
            </w:pPr>
            <w:r>
              <w:rPr>
                <w:b/>
                <w:color w:val="C59540"/>
              </w:rPr>
              <w:t xml:space="preserve">Reading Note: </w:t>
            </w:r>
            <w:r>
              <w:t>The risen Jesus gives peace, opens minds to understand Scripture, and sends His followers as witnesses. Luke ends with worship, joy, and mission. Disciples are formed by the risen Christ and sent into the world with His message.</w:t>
            </w:r>
          </w:p>
        </w:tc>
      </w:tr>
      <w:tr w:rsidR="00C36338" w14:paraId="31BC0865"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7B524A31" w14:textId="77777777" w:rsidR="00C36338" w:rsidRDefault="00000000">
            <w:pPr>
              <w:spacing w:after="80" w:line="252" w:lineRule="auto"/>
              <w:jc w:val="center"/>
            </w:pPr>
            <w:r>
              <w:rPr>
                <w:b/>
              </w:rPr>
              <w:t>SUNDAY</w:t>
            </w:r>
            <w:r>
              <w:br/>
            </w:r>
            <w:r>
              <w:rPr>
                <w:b/>
              </w:rPr>
              <w:t>November 1</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1EF5216E" w14:textId="77777777" w:rsidR="00C36338" w:rsidRDefault="00000000">
            <w:pPr>
              <w:spacing w:after="80" w:line="252" w:lineRule="auto"/>
            </w:pPr>
            <w:r>
              <w:rPr>
                <w:b/>
              </w:rPr>
              <w:t>OPEN SUNDAY</w:t>
            </w:r>
          </w:p>
          <w:p w14:paraId="3D103488" w14:textId="77777777" w:rsidR="00C36338" w:rsidRDefault="00000000">
            <w:pPr>
              <w:spacing w:after="80" w:line="252" w:lineRule="auto"/>
            </w:pPr>
            <w:r>
              <w:rPr>
                <w:i/>
                <w:color w:val="4B5563"/>
              </w:rPr>
              <w:t>Catch up, reflect, pray, or rest. Do not stress about missed days. Jump back in with the current reading and keep going.</w:t>
            </w:r>
          </w:p>
        </w:tc>
      </w:tr>
    </w:tbl>
    <w:p w14:paraId="159ACD02" w14:textId="77777777" w:rsidR="00C36338" w:rsidRDefault="00000000">
      <w:pPr>
        <w:spacing w:before="200" w:after="120" w:line="259" w:lineRule="auto"/>
      </w:pPr>
      <w:r>
        <w:rPr>
          <w:b/>
          <w:color w:val="06234B"/>
          <w:sz w:val="32"/>
        </w:rPr>
        <w:t>ACTS: THE SPIRIT SENDS THE CHURCH</w:t>
      </w:r>
    </w:p>
    <w:tbl>
      <w:tblPr>
        <w:tblW w:w="9300" w:type="dxa"/>
        <w:jc w:val="center"/>
        <w:tblLook w:val="04A0" w:firstRow="1" w:lastRow="0" w:firstColumn="1" w:lastColumn="0" w:noHBand="0" w:noVBand="1"/>
      </w:tblPr>
      <w:tblGrid>
        <w:gridCol w:w="2081"/>
        <w:gridCol w:w="7219"/>
      </w:tblGrid>
      <w:tr w:rsidR="00C36338" w14:paraId="482838F9"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6EB76FAF" w14:textId="77777777" w:rsidR="00C36338" w:rsidRDefault="00000000">
            <w:pPr>
              <w:spacing w:after="80" w:line="252" w:lineRule="auto"/>
              <w:jc w:val="center"/>
            </w:pPr>
            <w:r>
              <w:rPr>
                <w:b/>
                <w:color w:val="FFFFFF"/>
              </w:rPr>
              <w:t>MONDAY</w:t>
            </w:r>
            <w:r>
              <w:br/>
            </w:r>
            <w:r>
              <w:rPr>
                <w:b/>
                <w:color w:val="FFFFFF"/>
              </w:rPr>
              <w:t>November 2</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0E4481FD" w14:textId="77777777" w:rsidR="00C36338" w:rsidRDefault="00000000">
            <w:pPr>
              <w:spacing w:after="80" w:line="252" w:lineRule="auto"/>
            </w:pPr>
            <w:r>
              <w:rPr>
                <w:b/>
                <w:color w:val="06234B"/>
              </w:rPr>
              <w:t>Acts 1</w:t>
            </w:r>
          </w:p>
          <w:p w14:paraId="753B92A9" w14:textId="77777777" w:rsidR="00C36338" w:rsidRDefault="00000000">
            <w:pPr>
              <w:spacing w:after="80" w:line="252" w:lineRule="auto"/>
            </w:pPr>
            <w:r>
              <w:rPr>
                <w:b/>
                <w:color w:val="C59540"/>
              </w:rPr>
              <w:t xml:space="preserve">Reading Note: </w:t>
            </w:r>
            <w:r>
              <w:t>Acts begins with the risen Jesus, the promise of the Spirit, and the call to witness. The disciples are told to wait before they go. God’s mission requires both dependence and obedience.</w:t>
            </w:r>
          </w:p>
          <w:p w14:paraId="09764FBD" w14:textId="77777777" w:rsidR="00C36338" w:rsidRDefault="00000000">
            <w:pPr>
              <w:spacing w:before="60" w:after="80" w:line="252" w:lineRule="auto"/>
            </w:pPr>
            <w:r>
              <w:rPr>
                <w:b/>
                <w:color w:val="06234B"/>
              </w:rPr>
              <w:t>STUDY NIGHT 4 - 8:00-9:30 PM</w:t>
            </w:r>
          </w:p>
          <w:p w14:paraId="1ADDC055" w14:textId="77777777" w:rsidR="00C36338" w:rsidRDefault="00000000">
            <w:pPr>
              <w:spacing w:before="140"/>
            </w:pPr>
            <w:r>
              <w:rPr>
                <w:b/>
                <w:color w:val="06234B"/>
              </w:rPr>
              <w:t>Optional section overview: BibleProject - Acts 1-12</w:t>
            </w:r>
            <w:r>
              <w:rPr>
                <w:b/>
                <w:color w:val="06234B"/>
              </w:rPr>
              <w:br/>
            </w:r>
            <w:hyperlink r:id="rId15">
              <w:r>
                <w:rPr>
                  <w:color w:val="C59540"/>
                  <w:szCs w:val="24"/>
                  <w:u w:val="single"/>
                </w:rPr>
                <w:t>https://bibleproject.com/videos/acts-1-12/</w:t>
              </w:r>
            </w:hyperlink>
          </w:p>
        </w:tc>
      </w:tr>
      <w:tr w:rsidR="00C36338" w14:paraId="6FB9256C"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A1E75DC" w14:textId="77777777" w:rsidR="00C36338" w:rsidRDefault="00000000">
            <w:pPr>
              <w:spacing w:after="80" w:line="252" w:lineRule="auto"/>
              <w:jc w:val="center"/>
            </w:pPr>
            <w:r>
              <w:rPr>
                <w:b/>
                <w:color w:val="FFFFFF"/>
              </w:rPr>
              <w:t>TUESDAY</w:t>
            </w:r>
            <w:r>
              <w:br/>
            </w:r>
            <w:r>
              <w:rPr>
                <w:b/>
                <w:color w:val="FFFFFF"/>
              </w:rPr>
              <w:t>November 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D9C44C1" w14:textId="77777777" w:rsidR="00C36338" w:rsidRDefault="00000000">
            <w:pPr>
              <w:spacing w:after="80" w:line="252" w:lineRule="auto"/>
            </w:pPr>
            <w:r>
              <w:rPr>
                <w:b/>
                <w:color w:val="06234B"/>
              </w:rPr>
              <w:t>Acts 2</w:t>
            </w:r>
          </w:p>
          <w:p w14:paraId="3F064CB2" w14:textId="77777777" w:rsidR="00C36338" w:rsidRDefault="00000000">
            <w:pPr>
              <w:spacing w:after="80" w:line="252" w:lineRule="auto"/>
            </w:pPr>
            <w:r>
              <w:rPr>
                <w:b/>
                <w:color w:val="C59540"/>
              </w:rPr>
              <w:t xml:space="preserve">Reading Note: </w:t>
            </w:r>
            <w:r>
              <w:t>The Spirit comes, Peter preaches, people respond, and the church begins a shared life of teaching, fellowship, prayer, and generosity. The church is not built by hype but by the Spirit and the Word. Formation becomes communal.</w:t>
            </w:r>
          </w:p>
        </w:tc>
      </w:tr>
      <w:tr w:rsidR="00C36338" w14:paraId="6CC29A4B"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CDD9B7E" w14:textId="77777777" w:rsidR="00C36338" w:rsidRDefault="00000000">
            <w:pPr>
              <w:spacing w:after="80" w:line="252" w:lineRule="auto"/>
              <w:jc w:val="center"/>
            </w:pPr>
            <w:r>
              <w:rPr>
                <w:b/>
                <w:color w:val="FFFFFF"/>
              </w:rPr>
              <w:t>WEDNESDAY</w:t>
            </w:r>
            <w:r>
              <w:br/>
            </w:r>
            <w:r>
              <w:rPr>
                <w:b/>
                <w:color w:val="FFFFFF"/>
              </w:rPr>
              <w:t>November 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CA302F8" w14:textId="77777777" w:rsidR="00C36338" w:rsidRDefault="00000000">
            <w:pPr>
              <w:spacing w:after="80" w:line="252" w:lineRule="auto"/>
            </w:pPr>
            <w:r>
              <w:rPr>
                <w:b/>
                <w:color w:val="06234B"/>
              </w:rPr>
              <w:t>Acts 3</w:t>
            </w:r>
          </w:p>
          <w:p w14:paraId="24B5C7E6" w14:textId="77777777" w:rsidR="00C36338" w:rsidRDefault="00000000">
            <w:pPr>
              <w:spacing w:after="80" w:line="252" w:lineRule="auto"/>
            </w:pPr>
            <w:r>
              <w:rPr>
                <w:b/>
                <w:color w:val="C59540"/>
              </w:rPr>
              <w:t xml:space="preserve">Reading Note: </w:t>
            </w:r>
            <w:r>
              <w:t>Peter and John heal a lame man and point attention to Jesus, not themselves. The miracle becomes a witness to the risen Christ. Men formed by Jesus use opportunities to serve and point others back to Him.</w:t>
            </w:r>
          </w:p>
        </w:tc>
      </w:tr>
      <w:tr w:rsidR="00C36338" w14:paraId="1237F11B"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0A623FD" w14:textId="77777777" w:rsidR="00C36338" w:rsidRDefault="00000000">
            <w:pPr>
              <w:spacing w:after="80" w:line="252" w:lineRule="auto"/>
              <w:jc w:val="center"/>
            </w:pPr>
            <w:r>
              <w:rPr>
                <w:b/>
                <w:color w:val="FFFFFF"/>
              </w:rPr>
              <w:t>THURSDAY</w:t>
            </w:r>
            <w:r>
              <w:br/>
            </w:r>
            <w:r>
              <w:rPr>
                <w:b/>
                <w:color w:val="FFFFFF"/>
              </w:rPr>
              <w:t>November 5</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0BF5464" w14:textId="77777777" w:rsidR="00C36338" w:rsidRDefault="00000000">
            <w:pPr>
              <w:spacing w:after="80" w:line="252" w:lineRule="auto"/>
            </w:pPr>
            <w:r>
              <w:rPr>
                <w:b/>
                <w:color w:val="06234B"/>
              </w:rPr>
              <w:t>Acts 4</w:t>
            </w:r>
          </w:p>
          <w:p w14:paraId="47152BA3" w14:textId="77777777" w:rsidR="00C36338" w:rsidRDefault="00000000">
            <w:pPr>
              <w:spacing w:after="80" w:line="252" w:lineRule="auto"/>
            </w:pPr>
            <w:r>
              <w:rPr>
                <w:b/>
                <w:color w:val="C59540"/>
              </w:rPr>
              <w:t xml:space="preserve">Reading Note: </w:t>
            </w:r>
            <w:r>
              <w:t>The apostles face pressure but pray for boldness rather than safety. The believers share what they have and stand together. Courage grows in a praying community that trusts God more than approval.</w:t>
            </w:r>
          </w:p>
        </w:tc>
      </w:tr>
      <w:tr w:rsidR="00C36338" w14:paraId="3514D2E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7295EB8" w14:textId="77777777" w:rsidR="00C36338" w:rsidRDefault="00000000">
            <w:pPr>
              <w:spacing w:after="80" w:line="252" w:lineRule="auto"/>
              <w:jc w:val="center"/>
            </w:pPr>
            <w:r>
              <w:rPr>
                <w:b/>
                <w:color w:val="FFFFFF"/>
              </w:rPr>
              <w:lastRenderedPageBreak/>
              <w:t>FRIDAY</w:t>
            </w:r>
            <w:r>
              <w:br/>
            </w:r>
            <w:r>
              <w:rPr>
                <w:b/>
                <w:color w:val="FFFFFF"/>
              </w:rPr>
              <w:t>November 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9237E60" w14:textId="77777777" w:rsidR="00C36338" w:rsidRDefault="00000000">
            <w:pPr>
              <w:spacing w:after="80" w:line="252" w:lineRule="auto"/>
            </w:pPr>
            <w:r>
              <w:rPr>
                <w:b/>
                <w:color w:val="06234B"/>
              </w:rPr>
              <w:t>Acts 5</w:t>
            </w:r>
          </w:p>
          <w:p w14:paraId="41B4184B" w14:textId="77777777" w:rsidR="00C36338" w:rsidRDefault="00000000">
            <w:pPr>
              <w:spacing w:after="80" w:line="252" w:lineRule="auto"/>
            </w:pPr>
            <w:r>
              <w:rPr>
                <w:b/>
                <w:color w:val="C59540"/>
              </w:rPr>
              <w:t xml:space="preserve">Reading Note: </w:t>
            </w:r>
            <w:r>
              <w:t>Ananias and Sapphira warn against hypocrisy, while the apostles keep preaching despite opposition. God cares about truth inside the community and boldness outside it. Steady faith requires integrity and courage.</w:t>
            </w:r>
          </w:p>
        </w:tc>
      </w:tr>
      <w:tr w:rsidR="00C36338" w14:paraId="256E217B"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AEBEA11" w14:textId="77777777" w:rsidR="00C36338" w:rsidRDefault="00000000">
            <w:pPr>
              <w:spacing w:after="80" w:line="252" w:lineRule="auto"/>
              <w:jc w:val="center"/>
            </w:pPr>
            <w:r>
              <w:rPr>
                <w:b/>
                <w:color w:val="FFFFFF"/>
              </w:rPr>
              <w:t>SATURDAY</w:t>
            </w:r>
            <w:r>
              <w:br/>
            </w:r>
            <w:r>
              <w:rPr>
                <w:b/>
                <w:color w:val="FFFFFF"/>
              </w:rPr>
              <w:t>November 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77F7B92" w14:textId="77777777" w:rsidR="00C36338" w:rsidRDefault="00000000">
            <w:pPr>
              <w:spacing w:after="80" w:line="252" w:lineRule="auto"/>
            </w:pPr>
            <w:r>
              <w:rPr>
                <w:b/>
                <w:color w:val="06234B"/>
              </w:rPr>
              <w:t>Acts 6</w:t>
            </w:r>
          </w:p>
          <w:p w14:paraId="00B47160" w14:textId="77777777" w:rsidR="00C36338" w:rsidRDefault="00000000">
            <w:pPr>
              <w:spacing w:after="80" w:line="252" w:lineRule="auto"/>
            </w:pPr>
            <w:r>
              <w:rPr>
                <w:b/>
                <w:color w:val="C59540"/>
              </w:rPr>
              <w:t xml:space="preserve">Reading Note: </w:t>
            </w:r>
            <w:r>
              <w:t>The early church faces practical needs and appoints faithful servants so the mission can continue. Spiritual maturity shows up in how problems are handled. Healthy brotherhood requires service, wisdom, and shared responsibility.</w:t>
            </w:r>
          </w:p>
        </w:tc>
      </w:tr>
      <w:tr w:rsidR="00C36338" w14:paraId="013BD735"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0D07289B" w14:textId="77777777" w:rsidR="00C36338" w:rsidRDefault="00000000">
            <w:pPr>
              <w:spacing w:after="80" w:line="252" w:lineRule="auto"/>
              <w:jc w:val="center"/>
            </w:pPr>
            <w:r>
              <w:rPr>
                <w:b/>
              </w:rPr>
              <w:t>SUNDAY</w:t>
            </w:r>
            <w:r>
              <w:br/>
            </w:r>
            <w:r>
              <w:rPr>
                <w:b/>
              </w:rPr>
              <w:t>November 8</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66AD74C5" w14:textId="77777777" w:rsidR="00C36338" w:rsidRDefault="00000000">
            <w:pPr>
              <w:spacing w:after="80" w:line="252" w:lineRule="auto"/>
            </w:pPr>
            <w:r>
              <w:rPr>
                <w:b/>
              </w:rPr>
              <w:t>OPEN SUNDAY</w:t>
            </w:r>
          </w:p>
          <w:p w14:paraId="2765A370"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0756CE9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FBBC5B9" w14:textId="77777777" w:rsidR="00C36338" w:rsidRDefault="00000000">
            <w:pPr>
              <w:spacing w:after="80" w:line="252" w:lineRule="auto"/>
              <w:jc w:val="center"/>
            </w:pPr>
            <w:r>
              <w:rPr>
                <w:b/>
                <w:color w:val="FFFFFF"/>
              </w:rPr>
              <w:t>MONDAY</w:t>
            </w:r>
            <w:r>
              <w:br/>
            </w:r>
            <w:r>
              <w:rPr>
                <w:b/>
                <w:color w:val="FFFFFF"/>
              </w:rPr>
              <w:t>November 9</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19D3044" w14:textId="77777777" w:rsidR="00C36338" w:rsidRDefault="00000000">
            <w:pPr>
              <w:spacing w:after="80" w:line="252" w:lineRule="auto"/>
            </w:pPr>
            <w:r>
              <w:rPr>
                <w:b/>
                <w:color w:val="06234B"/>
              </w:rPr>
              <w:t>Acts 7:1-36</w:t>
            </w:r>
          </w:p>
          <w:p w14:paraId="5651487D" w14:textId="77777777" w:rsidR="00C36338" w:rsidRDefault="00000000">
            <w:pPr>
              <w:spacing w:after="80" w:line="252" w:lineRule="auto"/>
            </w:pPr>
            <w:r>
              <w:rPr>
                <w:b/>
                <w:color w:val="C59540"/>
              </w:rPr>
              <w:t xml:space="preserve">Reading Note: </w:t>
            </w:r>
            <w:r>
              <w:t>Stephen retells Israel’s story and shows that God has always been at work beyond human control. He understands his moment through Scripture. Men need the Word deeply enough to interpret life faithfully.</w:t>
            </w:r>
          </w:p>
        </w:tc>
      </w:tr>
      <w:tr w:rsidR="00C36338" w14:paraId="476BE63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83F140D" w14:textId="77777777" w:rsidR="00C36338" w:rsidRDefault="00000000">
            <w:pPr>
              <w:spacing w:after="80" w:line="252" w:lineRule="auto"/>
              <w:jc w:val="center"/>
            </w:pPr>
            <w:r>
              <w:rPr>
                <w:b/>
                <w:color w:val="FFFFFF"/>
              </w:rPr>
              <w:t>TUESDAY</w:t>
            </w:r>
            <w:r>
              <w:br/>
            </w:r>
            <w:r>
              <w:rPr>
                <w:b/>
                <w:color w:val="FFFFFF"/>
              </w:rPr>
              <w:t>November 10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6F0F0DF" w14:textId="77777777" w:rsidR="00C36338" w:rsidRDefault="00000000">
            <w:pPr>
              <w:spacing w:after="80" w:line="252" w:lineRule="auto"/>
            </w:pPr>
            <w:r>
              <w:rPr>
                <w:b/>
                <w:color w:val="06234B"/>
              </w:rPr>
              <w:t>Acts 7:37-60</w:t>
            </w:r>
          </w:p>
          <w:p w14:paraId="34554CB1" w14:textId="77777777" w:rsidR="00C36338" w:rsidRDefault="00000000">
            <w:pPr>
              <w:spacing w:after="80" w:line="252" w:lineRule="auto"/>
            </w:pPr>
            <w:r>
              <w:rPr>
                <w:b/>
                <w:color w:val="C59540"/>
              </w:rPr>
              <w:t xml:space="preserve">Reading Note: </w:t>
            </w:r>
            <w:r>
              <w:t>Stephen confronts resistance to God and dies with his eyes fixed on Jesus. His faithfulness is costly but clear. Following Christ may require courage, forgiveness, and endurance under pressure.</w:t>
            </w:r>
          </w:p>
        </w:tc>
      </w:tr>
      <w:tr w:rsidR="00C36338" w14:paraId="425924F9"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16A88A5" w14:textId="77777777" w:rsidR="00C36338" w:rsidRDefault="00000000">
            <w:pPr>
              <w:spacing w:after="80" w:line="252" w:lineRule="auto"/>
              <w:jc w:val="center"/>
            </w:pPr>
            <w:r>
              <w:rPr>
                <w:b/>
                <w:color w:val="FFFFFF"/>
              </w:rPr>
              <w:t>WEDNESDAY</w:t>
            </w:r>
            <w:r>
              <w:br/>
            </w:r>
            <w:r>
              <w:rPr>
                <w:b/>
                <w:color w:val="FFFFFF"/>
              </w:rPr>
              <w:t>November 11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F08E72D" w14:textId="77777777" w:rsidR="00C36338" w:rsidRDefault="00000000">
            <w:pPr>
              <w:spacing w:after="80" w:line="252" w:lineRule="auto"/>
            </w:pPr>
            <w:r>
              <w:rPr>
                <w:b/>
                <w:color w:val="06234B"/>
              </w:rPr>
              <w:t>Acts 8</w:t>
            </w:r>
          </w:p>
          <w:p w14:paraId="53997CE4" w14:textId="77777777" w:rsidR="00C36338" w:rsidRDefault="00000000">
            <w:pPr>
              <w:spacing w:after="80" w:line="252" w:lineRule="auto"/>
            </w:pPr>
            <w:r>
              <w:rPr>
                <w:b/>
                <w:color w:val="C59540"/>
              </w:rPr>
              <w:t xml:space="preserve">Reading Note: </w:t>
            </w:r>
            <w:r>
              <w:t>Persecution scatters believers, but the gospel spreads. Philip serves across boundaries, and the Ethiopian receives the Word with joy. God can use disruption to move His mission forward.</w:t>
            </w:r>
          </w:p>
        </w:tc>
      </w:tr>
      <w:tr w:rsidR="00C36338" w14:paraId="17E3B44E"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70EC3EBE" w14:textId="77777777" w:rsidR="00C36338" w:rsidRDefault="00000000">
            <w:pPr>
              <w:spacing w:after="80" w:line="252" w:lineRule="auto"/>
              <w:jc w:val="center"/>
            </w:pPr>
            <w:r>
              <w:rPr>
                <w:b/>
                <w:color w:val="FFFFFF"/>
              </w:rPr>
              <w:t>THURSDAY</w:t>
            </w:r>
            <w:r>
              <w:br/>
            </w:r>
            <w:r>
              <w:rPr>
                <w:b/>
                <w:color w:val="FFFFFF"/>
              </w:rPr>
              <w:t>November 12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22FFA82" w14:textId="77777777" w:rsidR="00C36338" w:rsidRDefault="00000000">
            <w:pPr>
              <w:spacing w:after="80" w:line="252" w:lineRule="auto"/>
            </w:pPr>
            <w:r>
              <w:rPr>
                <w:b/>
                <w:color w:val="06234B"/>
              </w:rPr>
              <w:t>Acts 9</w:t>
            </w:r>
          </w:p>
          <w:p w14:paraId="75AA0DE3" w14:textId="77777777" w:rsidR="00C36338" w:rsidRDefault="00000000">
            <w:pPr>
              <w:spacing w:after="80" w:line="252" w:lineRule="auto"/>
            </w:pPr>
            <w:r>
              <w:rPr>
                <w:b/>
                <w:color w:val="C59540"/>
              </w:rPr>
              <w:t xml:space="preserve">Reading Note: </w:t>
            </w:r>
            <w:r>
              <w:t>Saul is confronted by Jesus, humbled, and transformed from enemy to witness. No man is beyond the reach of grace. Christ can redirect a life that seemed set in the wrong direction.</w:t>
            </w:r>
          </w:p>
        </w:tc>
      </w:tr>
      <w:tr w:rsidR="00C36338" w14:paraId="1F816B96"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588CB1D" w14:textId="77777777" w:rsidR="00C36338" w:rsidRDefault="00000000">
            <w:pPr>
              <w:spacing w:after="80" w:line="252" w:lineRule="auto"/>
              <w:jc w:val="center"/>
            </w:pPr>
            <w:r>
              <w:rPr>
                <w:b/>
                <w:color w:val="FFFFFF"/>
              </w:rPr>
              <w:lastRenderedPageBreak/>
              <w:t>FRIDAY</w:t>
            </w:r>
            <w:r>
              <w:br/>
            </w:r>
            <w:r>
              <w:rPr>
                <w:b/>
                <w:color w:val="FFFFFF"/>
              </w:rPr>
              <w:t>November 13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BE4C28B" w14:textId="77777777" w:rsidR="00C36338" w:rsidRDefault="00000000">
            <w:pPr>
              <w:spacing w:after="80" w:line="252" w:lineRule="auto"/>
            </w:pPr>
            <w:r>
              <w:rPr>
                <w:b/>
                <w:color w:val="06234B"/>
              </w:rPr>
              <w:t>Acts 10</w:t>
            </w:r>
          </w:p>
          <w:p w14:paraId="52083260" w14:textId="77777777" w:rsidR="00C36338" w:rsidRDefault="00000000">
            <w:pPr>
              <w:spacing w:after="80" w:line="252" w:lineRule="auto"/>
            </w:pPr>
            <w:r>
              <w:rPr>
                <w:b/>
                <w:color w:val="C59540"/>
              </w:rPr>
              <w:t xml:space="preserve">Reading Note: </w:t>
            </w:r>
            <w:r>
              <w:t>Peter learns that the gospel is for the nations as Cornelius receives the message. God breaks down barriers and expands Peter’s understanding. A formed man stays teachable when God corrects his assumptions.</w:t>
            </w:r>
          </w:p>
        </w:tc>
      </w:tr>
      <w:tr w:rsidR="00C36338" w14:paraId="72837A15"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30923BF" w14:textId="77777777" w:rsidR="00C36338" w:rsidRDefault="00000000">
            <w:pPr>
              <w:spacing w:after="80" w:line="252" w:lineRule="auto"/>
              <w:jc w:val="center"/>
            </w:pPr>
            <w:r>
              <w:rPr>
                <w:b/>
                <w:color w:val="FFFFFF"/>
              </w:rPr>
              <w:t>SATURDAY</w:t>
            </w:r>
            <w:r>
              <w:br/>
            </w:r>
            <w:r>
              <w:rPr>
                <w:b/>
                <w:color w:val="FFFFFF"/>
              </w:rPr>
              <w:t>November 14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0AD3073" w14:textId="77777777" w:rsidR="00C36338" w:rsidRDefault="00000000">
            <w:pPr>
              <w:spacing w:after="80" w:line="252" w:lineRule="auto"/>
            </w:pPr>
            <w:r>
              <w:rPr>
                <w:b/>
                <w:color w:val="06234B"/>
              </w:rPr>
              <w:t>Acts 11</w:t>
            </w:r>
          </w:p>
          <w:p w14:paraId="1F28925B" w14:textId="77777777" w:rsidR="00C36338" w:rsidRDefault="00000000">
            <w:pPr>
              <w:spacing w:after="80" w:line="252" w:lineRule="auto"/>
            </w:pPr>
            <w:r>
              <w:rPr>
                <w:b/>
                <w:color w:val="C59540"/>
              </w:rPr>
              <w:t xml:space="preserve">Reading Note: </w:t>
            </w:r>
            <w:r>
              <w:t>Peter explains God’s work among the Gentiles, and the church in Antioch grows. Barnabas encourages the work and brings Saul in to help. Healthy ministry notices grace, strengthens people, and makes room for others to serve.</w:t>
            </w:r>
          </w:p>
        </w:tc>
      </w:tr>
      <w:tr w:rsidR="00C36338" w14:paraId="69928843"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38EF6D58" w14:textId="77777777" w:rsidR="00C36338" w:rsidRDefault="00000000">
            <w:pPr>
              <w:spacing w:after="80" w:line="252" w:lineRule="auto"/>
              <w:jc w:val="center"/>
            </w:pPr>
            <w:r>
              <w:rPr>
                <w:b/>
              </w:rPr>
              <w:t>SUNDAY</w:t>
            </w:r>
            <w:r>
              <w:br/>
            </w:r>
            <w:r>
              <w:rPr>
                <w:b/>
              </w:rPr>
              <w:t>November 15</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54428A3B" w14:textId="77777777" w:rsidR="00C36338" w:rsidRDefault="00000000">
            <w:pPr>
              <w:spacing w:after="80" w:line="252" w:lineRule="auto"/>
            </w:pPr>
            <w:r>
              <w:rPr>
                <w:b/>
              </w:rPr>
              <w:t>OPEN SUNDAY</w:t>
            </w:r>
          </w:p>
          <w:p w14:paraId="17BDDB4B"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360FDA9C"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35825F23" w14:textId="77777777" w:rsidR="00C36338" w:rsidRDefault="00000000">
            <w:pPr>
              <w:spacing w:after="80" w:line="252" w:lineRule="auto"/>
              <w:jc w:val="center"/>
            </w:pPr>
            <w:r>
              <w:rPr>
                <w:b/>
                <w:color w:val="FFFFFF"/>
              </w:rPr>
              <w:t>MONDAY</w:t>
            </w:r>
            <w:r>
              <w:br/>
            </w:r>
            <w:r>
              <w:rPr>
                <w:b/>
                <w:color w:val="FFFFFF"/>
              </w:rPr>
              <w:t>November 16</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658891A9" w14:textId="77777777" w:rsidR="00C36338" w:rsidRDefault="00000000">
            <w:pPr>
              <w:spacing w:after="80" w:line="252" w:lineRule="auto"/>
            </w:pPr>
            <w:r>
              <w:rPr>
                <w:b/>
                <w:color w:val="06234B"/>
              </w:rPr>
              <w:t>Acts 12</w:t>
            </w:r>
          </w:p>
          <w:p w14:paraId="4348F954" w14:textId="77777777" w:rsidR="00C36338" w:rsidRDefault="00000000">
            <w:pPr>
              <w:spacing w:after="80" w:line="252" w:lineRule="auto"/>
            </w:pPr>
            <w:r>
              <w:rPr>
                <w:b/>
                <w:color w:val="C59540"/>
              </w:rPr>
              <w:t xml:space="preserve">Reading Note: </w:t>
            </w:r>
            <w:r>
              <w:t>The church prays while Peter is imprisoned, and God delivers him. Herod’s pride is judged, while the Word continues to spread. Prayer is not a side activity; it is how dependent people live before God.</w:t>
            </w:r>
          </w:p>
          <w:p w14:paraId="6191EBCC" w14:textId="77777777" w:rsidR="00C36338" w:rsidRDefault="00000000">
            <w:pPr>
              <w:spacing w:before="60" w:after="80" w:line="252" w:lineRule="auto"/>
            </w:pPr>
            <w:r>
              <w:rPr>
                <w:b/>
                <w:color w:val="06234B"/>
              </w:rPr>
              <w:t>STUDY NIGHT 5 - 8:00-9:30 PM</w:t>
            </w:r>
          </w:p>
        </w:tc>
      </w:tr>
      <w:tr w:rsidR="00C36338" w14:paraId="42ABEB6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94262EC" w14:textId="77777777" w:rsidR="00C36338" w:rsidRDefault="00000000">
            <w:pPr>
              <w:spacing w:after="80" w:line="252" w:lineRule="auto"/>
              <w:jc w:val="center"/>
            </w:pPr>
            <w:r>
              <w:rPr>
                <w:b/>
                <w:color w:val="FFFFFF"/>
              </w:rPr>
              <w:t>TUESDAY</w:t>
            </w:r>
            <w:r>
              <w:br/>
            </w:r>
            <w:r>
              <w:rPr>
                <w:b/>
                <w:color w:val="FFFFFF"/>
              </w:rPr>
              <w:t>November 17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22D9BFD1" w14:textId="77777777" w:rsidR="00C36338" w:rsidRDefault="00000000">
            <w:pPr>
              <w:spacing w:after="80" w:line="252" w:lineRule="auto"/>
            </w:pPr>
            <w:r>
              <w:rPr>
                <w:b/>
                <w:color w:val="06234B"/>
              </w:rPr>
              <w:t>Acts 13:1-25</w:t>
            </w:r>
          </w:p>
          <w:p w14:paraId="16A084BA" w14:textId="77777777" w:rsidR="00C36338" w:rsidRDefault="00000000">
            <w:pPr>
              <w:spacing w:after="80" w:line="252" w:lineRule="auto"/>
            </w:pPr>
            <w:r>
              <w:rPr>
                <w:b/>
                <w:color w:val="C59540"/>
              </w:rPr>
              <w:t xml:space="preserve">Reading Note: </w:t>
            </w:r>
            <w:r>
              <w:t>The church worships, fasts, and sends Barnabas and Saul by the Spirit’s direction. Mission begins in worship and dependence. Men are formed not only for themselves but to be sent where God leads.</w:t>
            </w:r>
          </w:p>
          <w:p w14:paraId="27109835" w14:textId="77777777" w:rsidR="00C36338" w:rsidRDefault="00000000">
            <w:pPr>
              <w:spacing w:before="140"/>
            </w:pPr>
            <w:r>
              <w:rPr>
                <w:b/>
                <w:color w:val="06234B"/>
              </w:rPr>
              <w:t>Optional section overview: BibleProject - Acts 13-28</w:t>
            </w:r>
            <w:r>
              <w:rPr>
                <w:b/>
                <w:color w:val="06234B"/>
              </w:rPr>
              <w:br/>
            </w:r>
            <w:hyperlink r:id="rId16">
              <w:r>
                <w:rPr>
                  <w:color w:val="C59540"/>
                  <w:szCs w:val="24"/>
                  <w:u w:val="single"/>
                </w:rPr>
                <w:t>https://bibleproject.com/videos/acts-13-28/</w:t>
              </w:r>
            </w:hyperlink>
          </w:p>
        </w:tc>
      </w:tr>
      <w:tr w:rsidR="00C36338" w14:paraId="4477A4B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58732A42" w14:textId="77777777" w:rsidR="00C36338" w:rsidRDefault="00000000">
            <w:pPr>
              <w:spacing w:after="80" w:line="252" w:lineRule="auto"/>
              <w:jc w:val="center"/>
            </w:pPr>
            <w:r>
              <w:rPr>
                <w:b/>
                <w:color w:val="FFFFFF"/>
              </w:rPr>
              <w:t>WEDNESDAY</w:t>
            </w:r>
            <w:r>
              <w:br/>
            </w:r>
            <w:r>
              <w:rPr>
                <w:b/>
                <w:color w:val="FFFFFF"/>
              </w:rPr>
              <w:t>November 18</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5528FD44" w14:textId="77777777" w:rsidR="00C36338" w:rsidRDefault="00000000">
            <w:pPr>
              <w:spacing w:after="80" w:line="252" w:lineRule="auto"/>
            </w:pPr>
            <w:r>
              <w:rPr>
                <w:b/>
                <w:color w:val="06234B"/>
              </w:rPr>
              <w:t>Acts 13:26-52</w:t>
            </w:r>
          </w:p>
          <w:p w14:paraId="20890AFF" w14:textId="77777777" w:rsidR="00C36338" w:rsidRDefault="00000000">
            <w:pPr>
              <w:spacing w:after="80" w:line="252" w:lineRule="auto"/>
            </w:pPr>
            <w:r>
              <w:rPr>
                <w:b/>
                <w:color w:val="C59540"/>
              </w:rPr>
              <w:t xml:space="preserve">Reading Note: </w:t>
            </w:r>
            <w:r>
              <w:t>Paul proclaims Jesus from Scripture, and the gospel brings both joy and opposition. The Word is received by some and rejected by others. Faithfulness means continuing with joy even when not everyone responds well.</w:t>
            </w:r>
          </w:p>
        </w:tc>
      </w:tr>
      <w:tr w:rsidR="00C36338" w14:paraId="67814E6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CF5DBCA" w14:textId="77777777" w:rsidR="00C36338" w:rsidRDefault="00000000">
            <w:pPr>
              <w:spacing w:after="80" w:line="252" w:lineRule="auto"/>
              <w:jc w:val="center"/>
            </w:pPr>
            <w:r>
              <w:rPr>
                <w:b/>
                <w:color w:val="FFFFFF"/>
              </w:rPr>
              <w:lastRenderedPageBreak/>
              <w:t>THURSDAY</w:t>
            </w:r>
            <w:r>
              <w:br/>
            </w:r>
            <w:r>
              <w:rPr>
                <w:b/>
                <w:color w:val="FFFFFF"/>
              </w:rPr>
              <w:t>November 19</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EFDA4C8" w14:textId="77777777" w:rsidR="00C36338" w:rsidRDefault="00000000">
            <w:pPr>
              <w:spacing w:after="80" w:line="252" w:lineRule="auto"/>
            </w:pPr>
            <w:r>
              <w:rPr>
                <w:b/>
                <w:color w:val="06234B"/>
              </w:rPr>
              <w:t>Acts 14</w:t>
            </w:r>
          </w:p>
          <w:p w14:paraId="23A762AD" w14:textId="77777777" w:rsidR="00C36338" w:rsidRDefault="00000000">
            <w:pPr>
              <w:spacing w:after="80" w:line="252" w:lineRule="auto"/>
            </w:pPr>
            <w:r>
              <w:rPr>
                <w:b/>
                <w:color w:val="C59540"/>
              </w:rPr>
              <w:t xml:space="preserve">Reading Note: </w:t>
            </w:r>
            <w:r>
              <w:t>Paul and Barnabas face both praise and persecution, yet continue strengthening the disciples. They teach that entering the kingdom includes hardship. Steady men do not quit when obedience becomes difficult.</w:t>
            </w:r>
          </w:p>
        </w:tc>
      </w:tr>
      <w:tr w:rsidR="00C36338" w14:paraId="4B8DC85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66A9B12A" w14:textId="77777777" w:rsidR="00C36338" w:rsidRDefault="00000000">
            <w:pPr>
              <w:spacing w:after="80" w:line="252" w:lineRule="auto"/>
              <w:jc w:val="center"/>
            </w:pPr>
            <w:r>
              <w:rPr>
                <w:b/>
                <w:color w:val="FFFFFF"/>
              </w:rPr>
              <w:t>FRIDAY</w:t>
            </w:r>
            <w:r>
              <w:br/>
            </w:r>
            <w:r>
              <w:rPr>
                <w:b/>
                <w:color w:val="FFFFFF"/>
              </w:rPr>
              <w:t>November 20</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6FE79BE" w14:textId="77777777" w:rsidR="00C36338" w:rsidRDefault="00000000">
            <w:pPr>
              <w:spacing w:after="80" w:line="252" w:lineRule="auto"/>
            </w:pPr>
            <w:r>
              <w:rPr>
                <w:b/>
                <w:color w:val="06234B"/>
              </w:rPr>
              <w:t>Acts 15</w:t>
            </w:r>
          </w:p>
          <w:p w14:paraId="3B912D90" w14:textId="77777777" w:rsidR="00C36338" w:rsidRDefault="00000000">
            <w:pPr>
              <w:spacing w:after="80" w:line="252" w:lineRule="auto"/>
            </w:pPr>
            <w:r>
              <w:rPr>
                <w:b/>
                <w:color w:val="C59540"/>
              </w:rPr>
              <w:t xml:space="preserve">Reading Note: </w:t>
            </w:r>
            <w:r>
              <w:t>The church wrestles through a major dispute and seeks clarity about the gospel. Unity requires truth, humility, and wise leadership. Men must learn to handle disagreement in ways that protect both grace and faithfulness.</w:t>
            </w:r>
          </w:p>
        </w:tc>
      </w:tr>
      <w:tr w:rsidR="00C36338" w14:paraId="64A20C71"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94BF2C6" w14:textId="77777777" w:rsidR="00C36338" w:rsidRDefault="00000000">
            <w:pPr>
              <w:spacing w:after="80" w:line="252" w:lineRule="auto"/>
              <w:jc w:val="center"/>
            </w:pPr>
            <w:r>
              <w:rPr>
                <w:b/>
                <w:color w:val="FFFFFF"/>
              </w:rPr>
              <w:t>SATURDAY</w:t>
            </w:r>
            <w:r>
              <w:br/>
            </w:r>
            <w:r>
              <w:rPr>
                <w:b/>
                <w:color w:val="FFFFFF"/>
              </w:rPr>
              <w:t>November 21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1AD53C0" w14:textId="77777777" w:rsidR="00C36338" w:rsidRDefault="00000000">
            <w:pPr>
              <w:spacing w:after="80" w:line="252" w:lineRule="auto"/>
            </w:pPr>
            <w:r>
              <w:rPr>
                <w:b/>
                <w:color w:val="06234B"/>
              </w:rPr>
              <w:t>Acts 16</w:t>
            </w:r>
          </w:p>
          <w:p w14:paraId="41729A9B" w14:textId="77777777" w:rsidR="00C36338" w:rsidRDefault="00000000">
            <w:pPr>
              <w:spacing w:after="80" w:line="252" w:lineRule="auto"/>
            </w:pPr>
            <w:r>
              <w:rPr>
                <w:b/>
                <w:color w:val="C59540"/>
              </w:rPr>
              <w:t xml:space="preserve">Reading Note: </w:t>
            </w:r>
            <w:r>
              <w:t>God redirects Paul’s plans, opens Lydia’s heart, and brings salvation in a prison. Mission often unfolds through interruptions, closed doors, and suffering. God is at work even when the path changes.</w:t>
            </w:r>
          </w:p>
        </w:tc>
      </w:tr>
      <w:tr w:rsidR="00C36338" w14:paraId="0D9B48B8"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37C4269D" w14:textId="77777777" w:rsidR="00C36338" w:rsidRDefault="00000000">
            <w:pPr>
              <w:spacing w:after="80" w:line="252" w:lineRule="auto"/>
              <w:jc w:val="center"/>
            </w:pPr>
            <w:r>
              <w:rPr>
                <w:b/>
              </w:rPr>
              <w:t>SUNDAY</w:t>
            </w:r>
            <w:r>
              <w:br/>
            </w:r>
            <w:r>
              <w:rPr>
                <w:b/>
              </w:rPr>
              <w:t>November 22</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7B0A2D86" w14:textId="77777777" w:rsidR="00C36338" w:rsidRDefault="00000000">
            <w:pPr>
              <w:spacing w:after="80" w:line="252" w:lineRule="auto"/>
            </w:pPr>
            <w:r>
              <w:rPr>
                <w:b/>
              </w:rPr>
              <w:t>OPEN SUNDAY</w:t>
            </w:r>
          </w:p>
          <w:p w14:paraId="50815B60"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28D2195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9418254" w14:textId="77777777" w:rsidR="00C36338" w:rsidRDefault="00000000">
            <w:pPr>
              <w:spacing w:after="80" w:line="252" w:lineRule="auto"/>
              <w:jc w:val="center"/>
            </w:pPr>
            <w:r>
              <w:rPr>
                <w:b/>
                <w:color w:val="FFFFFF"/>
              </w:rPr>
              <w:t>MONDAY</w:t>
            </w:r>
            <w:r>
              <w:br/>
            </w:r>
            <w:r>
              <w:rPr>
                <w:b/>
                <w:color w:val="FFFFFF"/>
              </w:rPr>
              <w:t>November 23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1318EEF" w14:textId="77777777" w:rsidR="00C36338" w:rsidRDefault="00000000">
            <w:pPr>
              <w:spacing w:after="80" w:line="252" w:lineRule="auto"/>
            </w:pPr>
            <w:r>
              <w:rPr>
                <w:b/>
                <w:color w:val="06234B"/>
              </w:rPr>
              <w:t>Acts 17</w:t>
            </w:r>
          </w:p>
          <w:p w14:paraId="65452610" w14:textId="77777777" w:rsidR="00C36338" w:rsidRDefault="00000000">
            <w:pPr>
              <w:spacing w:after="80" w:line="252" w:lineRule="auto"/>
            </w:pPr>
            <w:r>
              <w:rPr>
                <w:b/>
                <w:color w:val="C59540"/>
              </w:rPr>
              <w:t xml:space="preserve">Reading Note: </w:t>
            </w:r>
            <w:r>
              <w:t>Paul reasons from Scripture in different settings and points people to the living God. He knows both the Word and the world around him. Men need faith that can speak wisely in everyday conversations.</w:t>
            </w:r>
          </w:p>
        </w:tc>
      </w:tr>
      <w:tr w:rsidR="00C36338" w14:paraId="2A4ED1A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F2308A2" w14:textId="77777777" w:rsidR="00C36338" w:rsidRDefault="00000000">
            <w:pPr>
              <w:spacing w:after="80" w:line="252" w:lineRule="auto"/>
              <w:jc w:val="center"/>
            </w:pPr>
            <w:r>
              <w:rPr>
                <w:b/>
                <w:color w:val="FFFFFF"/>
              </w:rPr>
              <w:t>TUESDAY</w:t>
            </w:r>
            <w:r>
              <w:br/>
            </w:r>
            <w:r>
              <w:rPr>
                <w:b/>
                <w:color w:val="FFFFFF"/>
              </w:rPr>
              <w:t>November 24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E0EE327" w14:textId="77777777" w:rsidR="00C36338" w:rsidRDefault="00000000">
            <w:pPr>
              <w:spacing w:after="80" w:line="252" w:lineRule="auto"/>
            </w:pPr>
            <w:r>
              <w:rPr>
                <w:b/>
                <w:color w:val="06234B"/>
              </w:rPr>
              <w:t>Acts 18</w:t>
            </w:r>
          </w:p>
          <w:p w14:paraId="3C2D20C4" w14:textId="77777777" w:rsidR="00C36338" w:rsidRDefault="00000000">
            <w:pPr>
              <w:spacing w:after="80" w:line="252" w:lineRule="auto"/>
            </w:pPr>
            <w:r>
              <w:rPr>
                <w:b/>
                <w:color w:val="C59540"/>
              </w:rPr>
              <w:t xml:space="preserve">Reading Note: </w:t>
            </w:r>
            <w:r>
              <w:t>Paul faces fear and opposition but is encouraged by the Lord to keep speaking. He works, teaches, and is strengthened by others like Priscilla, Aquila, and Apollos. Ministry is sustained through courage and partnership.</w:t>
            </w:r>
          </w:p>
        </w:tc>
      </w:tr>
      <w:tr w:rsidR="00C36338" w14:paraId="02B3A42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CCCB979" w14:textId="77777777" w:rsidR="00C36338" w:rsidRDefault="00000000">
            <w:pPr>
              <w:spacing w:after="80" w:line="252" w:lineRule="auto"/>
              <w:jc w:val="center"/>
            </w:pPr>
            <w:r>
              <w:rPr>
                <w:b/>
                <w:color w:val="FFFFFF"/>
              </w:rPr>
              <w:t>WEDNESDAY</w:t>
            </w:r>
            <w:r>
              <w:br/>
            </w:r>
            <w:r>
              <w:rPr>
                <w:b/>
                <w:color w:val="FFFFFF"/>
              </w:rPr>
              <w:t>November 25</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4F42256" w14:textId="77777777" w:rsidR="00C36338" w:rsidRDefault="00000000">
            <w:pPr>
              <w:spacing w:after="80" w:line="252" w:lineRule="auto"/>
            </w:pPr>
            <w:r>
              <w:rPr>
                <w:b/>
                <w:color w:val="06234B"/>
              </w:rPr>
              <w:t>Acts 19</w:t>
            </w:r>
          </w:p>
          <w:p w14:paraId="64D60CBD" w14:textId="77777777" w:rsidR="00C36338" w:rsidRDefault="00000000">
            <w:pPr>
              <w:spacing w:after="80" w:line="252" w:lineRule="auto"/>
            </w:pPr>
            <w:r>
              <w:rPr>
                <w:b/>
                <w:color w:val="C59540"/>
              </w:rPr>
              <w:t xml:space="preserve">Reading Note: </w:t>
            </w:r>
            <w:r>
              <w:t>The gospel transforms people, confronts false power, and disrupts idols tied to money and culture. Following Jesus affects what people value and practice. Real formation can challenge the habits and systems around us.</w:t>
            </w:r>
          </w:p>
        </w:tc>
      </w:tr>
      <w:tr w:rsidR="00C36338" w14:paraId="721B26A7"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0AD1873" w14:textId="77777777" w:rsidR="00C36338" w:rsidRDefault="00000000">
            <w:pPr>
              <w:spacing w:after="80" w:line="252" w:lineRule="auto"/>
              <w:jc w:val="center"/>
            </w:pPr>
            <w:r>
              <w:rPr>
                <w:b/>
                <w:color w:val="FFFFFF"/>
              </w:rPr>
              <w:lastRenderedPageBreak/>
              <w:t>THURSDAY</w:t>
            </w:r>
            <w:r>
              <w:br/>
            </w:r>
            <w:r>
              <w:rPr>
                <w:b/>
                <w:color w:val="FFFFFF"/>
              </w:rPr>
              <w:t>November 26</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B8FDB08" w14:textId="77777777" w:rsidR="00C36338" w:rsidRDefault="00000000">
            <w:pPr>
              <w:spacing w:after="80" w:line="252" w:lineRule="auto"/>
            </w:pPr>
            <w:r>
              <w:rPr>
                <w:b/>
                <w:color w:val="06234B"/>
              </w:rPr>
              <w:t>Acts 20</w:t>
            </w:r>
          </w:p>
          <w:p w14:paraId="68D297EC" w14:textId="77777777" w:rsidR="00C36338" w:rsidRDefault="00000000">
            <w:pPr>
              <w:spacing w:after="80" w:line="252" w:lineRule="auto"/>
            </w:pPr>
            <w:r>
              <w:rPr>
                <w:b/>
                <w:color w:val="C59540"/>
              </w:rPr>
              <w:t xml:space="preserve">Reading Note: </w:t>
            </w:r>
            <w:r>
              <w:t>Paul models faithful ministry, hard work, tears, courage, and care for the church. He tells leaders to watch over themselves and the flock. Godly men lead by service, sacrifice, and attention to their own souls.</w:t>
            </w:r>
          </w:p>
        </w:tc>
      </w:tr>
      <w:tr w:rsidR="00C36338" w14:paraId="5DB5E861"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16A6C06B" w14:textId="77777777" w:rsidR="00C36338" w:rsidRDefault="00000000">
            <w:pPr>
              <w:spacing w:after="80" w:line="252" w:lineRule="auto"/>
              <w:jc w:val="center"/>
            </w:pPr>
            <w:r>
              <w:rPr>
                <w:b/>
                <w:color w:val="FFFFFF"/>
              </w:rPr>
              <w:t>FRIDAY</w:t>
            </w:r>
            <w:r>
              <w:br/>
            </w:r>
            <w:r>
              <w:rPr>
                <w:b/>
                <w:color w:val="FFFFFF"/>
              </w:rPr>
              <w:t>November 27</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16308424" w14:textId="77777777" w:rsidR="00C36338" w:rsidRDefault="00000000">
            <w:pPr>
              <w:spacing w:after="80" w:line="252" w:lineRule="auto"/>
            </w:pPr>
            <w:r>
              <w:rPr>
                <w:b/>
                <w:color w:val="06234B"/>
              </w:rPr>
              <w:t>Acts 21</w:t>
            </w:r>
          </w:p>
          <w:p w14:paraId="5E4A268D" w14:textId="77777777" w:rsidR="00C36338" w:rsidRDefault="00000000">
            <w:pPr>
              <w:spacing w:after="80" w:line="252" w:lineRule="auto"/>
            </w:pPr>
            <w:r>
              <w:rPr>
                <w:b/>
                <w:color w:val="C59540"/>
              </w:rPr>
              <w:t xml:space="preserve">Reading Note: </w:t>
            </w:r>
            <w:r>
              <w:t>Paul continues toward Jerusalem despite warnings and tension. He is willing to suffer for the name of Jesus. Discernment does not always lead to comfort; sometimes obedience leads into difficulty with courage.</w:t>
            </w:r>
          </w:p>
        </w:tc>
      </w:tr>
      <w:tr w:rsidR="00C36338" w14:paraId="42428D00"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6A0C66E" w14:textId="77777777" w:rsidR="00C36338" w:rsidRDefault="00000000">
            <w:pPr>
              <w:spacing w:after="80" w:line="252" w:lineRule="auto"/>
              <w:jc w:val="center"/>
            </w:pPr>
            <w:r>
              <w:rPr>
                <w:b/>
                <w:color w:val="FFFFFF"/>
              </w:rPr>
              <w:t>SATURDAY</w:t>
            </w:r>
            <w:r>
              <w:br/>
            </w:r>
            <w:r>
              <w:rPr>
                <w:b/>
                <w:color w:val="FFFFFF"/>
              </w:rPr>
              <w:t>November 28</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0E920BD" w14:textId="77777777" w:rsidR="00C36338" w:rsidRDefault="00000000">
            <w:pPr>
              <w:spacing w:after="80" w:line="252" w:lineRule="auto"/>
            </w:pPr>
            <w:r>
              <w:rPr>
                <w:b/>
                <w:color w:val="06234B"/>
              </w:rPr>
              <w:t>Acts 22</w:t>
            </w:r>
          </w:p>
          <w:p w14:paraId="0A999DAC" w14:textId="77777777" w:rsidR="00C36338" w:rsidRDefault="00000000">
            <w:pPr>
              <w:spacing w:after="80" w:line="252" w:lineRule="auto"/>
            </w:pPr>
            <w:r>
              <w:rPr>
                <w:b/>
                <w:color w:val="C59540"/>
              </w:rPr>
              <w:t xml:space="preserve">Reading Note: </w:t>
            </w:r>
            <w:r>
              <w:t>Paul tells his story and points to the grace of Christ in his own life. Testimony is not self-promotion; it is witness to what Jesus has done. Men should be able to speak honestly about God’s work in their lives.</w:t>
            </w:r>
          </w:p>
        </w:tc>
      </w:tr>
      <w:tr w:rsidR="00C36338" w14:paraId="6061D128" w14:textId="77777777">
        <w:trPr>
          <w:cantSplit/>
          <w:jc w:val="center"/>
        </w:trPr>
        <w:tc>
          <w:tcPr>
            <w:tcW w:w="2232" w:type="dxa"/>
            <w:tcBorders>
              <w:top w:val="single" w:sz="8" w:space="0" w:color="9CA3AF"/>
              <w:left w:val="single" w:sz="8" w:space="0" w:color="9CA3AF"/>
              <w:bottom w:val="single" w:sz="8" w:space="0" w:color="9CA3AF"/>
              <w:right w:val="single" w:sz="8" w:space="0" w:color="9CA3AF"/>
            </w:tcBorders>
            <w:shd w:val="clear" w:color="auto" w:fill="E5E7EB"/>
            <w:tcMar>
              <w:top w:w="85" w:type="dxa"/>
              <w:left w:w="95" w:type="dxa"/>
              <w:bottom w:w="85" w:type="dxa"/>
              <w:right w:w="95" w:type="dxa"/>
            </w:tcMar>
            <w:vAlign w:val="center"/>
          </w:tcPr>
          <w:p w14:paraId="0E282337" w14:textId="77777777" w:rsidR="00C36338" w:rsidRDefault="00000000">
            <w:pPr>
              <w:spacing w:after="80" w:line="252" w:lineRule="auto"/>
              <w:jc w:val="center"/>
            </w:pPr>
            <w:r>
              <w:rPr>
                <w:b/>
              </w:rPr>
              <w:t>SUNDAY</w:t>
            </w:r>
            <w:r>
              <w:br/>
            </w:r>
            <w:r>
              <w:rPr>
                <w:b/>
              </w:rPr>
              <w:t>November 29</w:t>
            </w:r>
          </w:p>
        </w:tc>
        <w:tc>
          <w:tcPr>
            <w:tcW w:w="8280" w:type="dxa"/>
            <w:tcBorders>
              <w:top w:val="single" w:sz="8" w:space="0" w:color="9CA3AF"/>
              <w:left w:val="single" w:sz="8" w:space="0" w:color="9CA3AF"/>
              <w:bottom w:val="single" w:sz="8" w:space="0" w:color="9CA3AF"/>
              <w:right w:val="single" w:sz="8" w:space="0" w:color="9CA3AF"/>
            </w:tcBorders>
            <w:shd w:val="clear" w:color="auto" w:fill="F3F4F6"/>
            <w:tcMar>
              <w:top w:w="85" w:type="dxa"/>
              <w:left w:w="95" w:type="dxa"/>
              <w:bottom w:w="85" w:type="dxa"/>
              <w:right w:w="95" w:type="dxa"/>
            </w:tcMar>
            <w:vAlign w:val="center"/>
          </w:tcPr>
          <w:p w14:paraId="34DBA77C" w14:textId="77777777" w:rsidR="00C36338" w:rsidRDefault="00000000">
            <w:pPr>
              <w:spacing w:after="80" w:line="252" w:lineRule="auto"/>
            </w:pPr>
            <w:r>
              <w:rPr>
                <w:b/>
              </w:rPr>
              <w:t>OPEN SUNDAY</w:t>
            </w:r>
          </w:p>
          <w:p w14:paraId="69B503DB" w14:textId="77777777" w:rsidR="00C36338" w:rsidRDefault="00000000">
            <w:pPr>
              <w:spacing w:after="80" w:line="252" w:lineRule="auto"/>
            </w:pPr>
            <w:r>
              <w:rPr>
                <w:i/>
                <w:color w:val="4B5563"/>
              </w:rPr>
              <w:t>Catch up, reflect, pray, or rest. Do not stress about missed days. Jump back in with the current reading and keep going.</w:t>
            </w:r>
          </w:p>
        </w:tc>
      </w:tr>
      <w:tr w:rsidR="00C36338" w14:paraId="20A55201" w14:textId="77777777">
        <w:trPr>
          <w:cantSplit/>
          <w:jc w:val="center"/>
        </w:trPr>
        <w:tc>
          <w:tcPr>
            <w:tcW w:w="2232" w:type="dxa"/>
            <w:tcBorders>
              <w:top w:val="single" w:sz="8" w:space="0" w:color="C59540"/>
              <w:left w:val="single" w:sz="8" w:space="0" w:color="C59540"/>
              <w:bottom w:val="single" w:sz="8" w:space="0" w:color="C59540"/>
              <w:right w:val="single" w:sz="8" w:space="0" w:color="C59540"/>
            </w:tcBorders>
            <w:shd w:val="clear" w:color="auto" w:fill="C59540"/>
            <w:tcMar>
              <w:top w:w="85" w:type="dxa"/>
              <w:left w:w="95" w:type="dxa"/>
              <w:bottom w:w="85" w:type="dxa"/>
              <w:right w:w="95" w:type="dxa"/>
            </w:tcMar>
            <w:vAlign w:val="center"/>
          </w:tcPr>
          <w:p w14:paraId="23A1DB40" w14:textId="77777777" w:rsidR="00C36338" w:rsidRDefault="00000000">
            <w:pPr>
              <w:spacing w:after="80" w:line="252" w:lineRule="auto"/>
              <w:jc w:val="center"/>
            </w:pPr>
            <w:r>
              <w:rPr>
                <w:b/>
                <w:color w:val="FFFFFF"/>
              </w:rPr>
              <w:t>MONDAY</w:t>
            </w:r>
            <w:r>
              <w:br/>
            </w:r>
            <w:r>
              <w:rPr>
                <w:b/>
                <w:color w:val="FFFFFF"/>
              </w:rPr>
              <w:t>November 30</w:t>
            </w:r>
          </w:p>
        </w:tc>
        <w:tc>
          <w:tcPr>
            <w:tcW w:w="8280" w:type="dxa"/>
            <w:tcBorders>
              <w:top w:val="single" w:sz="8" w:space="0" w:color="C59540"/>
              <w:left w:val="single" w:sz="8" w:space="0" w:color="C59540"/>
              <w:bottom w:val="single" w:sz="8" w:space="0" w:color="C59540"/>
              <w:right w:val="single" w:sz="8" w:space="0" w:color="C59540"/>
            </w:tcBorders>
            <w:shd w:val="clear" w:color="auto" w:fill="FFF7E6"/>
            <w:tcMar>
              <w:top w:w="85" w:type="dxa"/>
              <w:left w:w="95" w:type="dxa"/>
              <w:bottom w:w="85" w:type="dxa"/>
              <w:right w:w="95" w:type="dxa"/>
            </w:tcMar>
            <w:vAlign w:val="center"/>
          </w:tcPr>
          <w:p w14:paraId="1364F96C" w14:textId="77777777" w:rsidR="00C36338" w:rsidRDefault="00000000">
            <w:pPr>
              <w:spacing w:after="80" w:line="252" w:lineRule="auto"/>
            </w:pPr>
            <w:r>
              <w:rPr>
                <w:b/>
                <w:color w:val="06234B"/>
              </w:rPr>
              <w:t>Acts 23</w:t>
            </w:r>
          </w:p>
          <w:p w14:paraId="23C16F8A" w14:textId="77777777" w:rsidR="00C36338" w:rsidRDefault="00000000">
            <w:pPr>
              <w:spacing w:after="80" w:line="252" w:lineRule="auto"/>
            </w:pPr>
            <w:r>
              <w:rPr>
                <w:b/>
                <w:color w:val="C59540"/>
              </w:rPr>
              <w:t xml:space="preserve">Reading Note: </w:t>
            </w:r>
            <w:r>
              <w:t>Paul stands before leaders and receives encouragement from the Lord to keep testifying. God preserves him through danger and confusion. Courage is strengthened when we remember that Christ is present in the middle of pressure.</w:t>
            </w:r>
          </w:p>
          <w:p w14:paraId="4EE0C9AA" w14:textId="77777777" w:rsidR="00C36338" w:rsidRDefault="00000000">
            <w:pPr>
              <w:spacing w:before="60" w:after="80" w:line="252" w:lineRule="auto"/>
            </w:pPr>
            <w:r>
              <w:rPr>
                <w:b/>
                <w:color w:val="06234B"/>
              </w:rPr>
              <w:t>STUDY NIGHT 6 - 8:00-9:30 PM</w:t>
            </w:r>
          </w:p>
        </w:tc>
      </w:tr>
      <w:tr w:rsidR="00C36338" w14:paraId="3E4D359A"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147C2A4" w14:textId="77777777" w:rsidR="00C36338" w:rsidRDefault="00000000">
            <w:pPr>
              <w:spacing w:after="80" w:line="252" w:lineRule="auto"/>
              <w:jc w:val="center"/>
            </w:pPr>
            <w:r>
              <w:rPr>
                <w:b/>
                <w:color w:val="FFFFFF"/>
              </w:rPr>
              <w:t>TUESDAY</w:t>
            </w:r>
            <w:r>
              <w:br/>
            </w:r>
            <w:r>
              <w:rPr>
                <w:b/>
                <w:color w:val="FFFFFF"/>
              </w:rPr>
              <w:t>December 1</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3902ABA0" w14:textId="77777777" w:rsidR="00C36338" w:rsidRDefault="00000000">
            <w:pPr>
              <w:spacing w:after="80" w:line="252" w:lineRule="auto"/>
            </w:pPr>
            <w:r>
              <w:rPr>
                <w:b/>
                <w:color w:val="06234B"/>
              </w:rPr>
              <w:t>Acts 24</w:t>
            </w:r>
          </w:p>
          <w:p w14:paraId="367EECBF" w14:textId="77777777" w:rsidR="00C36338" w:rsidRDefault="00000000">
            <w:pPr>
              <w:spacing w:after="80" w:line="252" w:lineRule="auto"/>
            </w:pPr>
            <w:r>
              <w:rPr>
                <w:b/>
                <w:color w:val="C59540"/>
              </w:rPr>
              <w:t xml:space="preserve">Reading Note: </w:t>
            </w:r>
            <w:r>
              <w:t>Paul speaks with a clear conscience about righteousness, self-control, and judgment. Felix delays responding. The passage reminds us that hearing truth is not the same as surrendering to it.</w:t>
            </w:r>
          </w:p>
        </w:tc>
      </w:tr>
      <w:tr w:rsidR="00C36338" w14:paraId="632B4DE4"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330E2319" w14:textId="77777777" w:rsidR="00C36338" w:rsidRDefault="00000000">
            <w:pPr>
              <w:spacing w:after="80" w:line="252" w:lineRule="auto"/>
              <w:jc w:val="center"/>
            </w:pPr>
            <w:r>
              <w:rPr>
                <w:b/>
                <w:color w:val="FFFFFF"/>
              </w:rPr>
              <w:t>WEDNESDAY</w:t>
            </w:r>
            <w:r>
              <w:br/>
            </w:r>
            <w:r>
              <w:rPr>
                <w:b/>
                <w:color w:val="FFFFFF"/>
              </w:rPr>
              <w:t>December 2</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0653ADE" w14:textId="77777777" w:rsidR="00C36338" w:rsidRDefault="00000000">
            <w:pPr>
              <w:spacing w:after="80" w:line="252" w:lineRule="auto"/>
            </w:pPr>
            <w:r>
              <w:rPr>
                <w:b/>
                <w:color w:val="06234B"/>
              </w:rPr>
              <w:t>Acts 25</w:t>
            </w:r>
          </w:p>
          <w:p w14:paraId="069026C0" w14:textId="77777777" w:rsidR="00C36338" w:rsidRDefault="00000000">
            <w:pPr>
              <w:spacing w:after="80" w:line="252" w:lineRule="auto"/>
            </w:pPr>
            <w:r>
              <w:rPr>
                <w:b/>
                <w:color w:val="C59540"/>
              </w:rPr>
              <w:t xml:space="preserve">Reading Note: </w:t>
            </w:r>
            <w:r>
              <w:t>Paul appeals to Caesar as political leaders debate his case. God’s mission continues through legal complexity and human power structures. Faithfulness often means staying steady when the process is slow and unclear.</w:t>
            </w:r>
          </w:p>
        </w:tc>
      </w:tr>
      <w:tr w:rsidR="00C36338" w14:paraId="427CAAE4"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0F58223C" w14:textId="77777777" w:rsidR="00C36338" w:rsidRDefault="00000000">
            <w:pPr>
              <w:spacing w:after="80" w:line="252" w:lineRule="auto"/>
              <w:jc w:val="center"/>
            </w:pPr>
            <w:r>
              <w:rPr>
                <w:b/>
                <w:color w:val="FFFFFF"/>
              </w:rPr>
              <w:lastRenderedPageBreak/>
              <w:t>THURSDAY</w:t>
            </w:r>
            <w:r>
              <w:br/>
            </w:r>
            <w:r>
              <w:rPr>
                <w:b/>
                <w:color w:val="FFFFFF"/>
              </w:rPr>
              <w:t>December 3</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43261BAF" w14:textId="77777777" w:rsidR="00C36338" w:rsidRDefault="00000000">
            <w:pPr>
              <w:spacing w:after="80" w:line="252" w:lineRule="auto"/>
            </w:pPr>
            <w:r>
              <w:rPr>
                <w:b/>
                <w:color w:val="06234B"/>
              </w:rPr>
              <w:t>Acts 26</w:t>
            </w:r>
          </w:p>
          <w:p w14:paraId="2800D1C8" w14:textId="77777777" w:rsidR="00C36338" w:rsidRDefault="00000000">
            <w:pPr>
              <w:spacing w:after="80" w:line="252" w:lineRule="auto"/>
            </w:pPr>
            <w:r>
              <w:rPr>
                <w:b/>
                <w:color w:val="C59540"/>
              </w:rPr>
              <w:t xml:space="preserve">Reading Note: </w:t>
            </w:r>
            <w:r>
              <w:t>Paul gives his testimony before Agrippa, showing how Christ changed his life and sent him to others. He speaks respectfully and boldly. A formed man can tell the truth without arrogance or fear.</w:t>
            </w:r>
          </w:p>
        </w:tc>
      </w:tr>
      <w:tr w:rsidR="00C36338" w14:paraId="11D163E9"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43B4C060" w14:textId="77777777" w:rsidR="00C36338" w:rsidRDefault="00000000">
            <w:pPr>
              <w:spacing w:after="80" w:line="252" w:lineRule="auto"/>
              <w:jc w:val="center"/>
            </w:pPr>
            <w:r>
              <w:rPr>
                <w:b/>
                <w:color w:val="FFFFFF"/>
              </w:rPr>
              <w:t>FRIDAY</w:t>
            </w:r>
            <w:r>
              <w:br/>
            </w:r>
            <w:r>
              <w:rPr>
                <w:b/>
                <w:color w:val="FFFFFF"/>
              </w:rPr>
              <w:t>December 4</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0844EAA9" w14:textId="77777777" w:rsidR="00C36338" w:rsidRDefault="00000000">
            <w:pPr>
              <w:spacing w:after="80" w:line="252" w:lineRule="auto"/>
            </w:pPr>
            <w:r>
              <w:rPr>
                <w:b/>
                <w:color w:val="06234B"/>
              </w:rPr>
              <w:t>Acts 27</w:t>
            </w:r>
          </w:p>
          <w:p w14:paraId="56EB0952" w14:textId="77777777" w:rsidR="00C36338" w:rsidRDefault="00000000">
            <w:pPr>
              <w:spacing w:after="80" w:line="252" w:lineRule="auto"/>
            </w:pPr>
            <w:r>
              <w:rPr>
                <w:b/>
                <w:color w:val="C59540"/>
              </w:rPr>
              <w:t xml:space="preserve">Reading Note: </w:t>
            </w:r>
            <w:r>
              <w:t>Paul endures a dangerous storm and speaks courage to others because he trusts God’s word. Faith does not remove the storm, but it steadies a man within it. Others are helped when one man stands firm in trust.</w:t>
            </w:r>
          </w:p>
        </w:tc>
      </w:tr>
      <w:tr w:rsidR="00C36338" w14:paraId="486E80F8" w14:textId="77777777">
        <w:trPr>
          <w:cantSplit/>
          <w:jc w:val="center"/>
        </w:trPr>
        <w:tc>
          <w:tcPr>
            <w:tcW w:w="2232" w:type="dxa"/>
            <w:tcBorders>
              <w:top w:val="single" w:sz="8" w:space="0" w:color="D1D5DB"/>
              <w:left w:val="single" w:sz="8" w:space="0" w:color="D1D5DB"/>
              <w:bottom w:val="single" w:sz="8" w:space="0" w:color="D1D5DB"/>
              <w:right w:val="single" w:sz="8" w:space="0" w:color="D1D5DB"/>
            </w:tcBorders>
            <w:shd w:val="clear" w:color="auto" w:fill="06234B"/>
            <w:tcMar>
              <w:top w:w="85" w:type="dxa"/>
              <w:left w:w="95" w:type="dxa"/>
              <w:bottom w:w="85" w:type="dxa"/>
              <w:right w:w="95" w:type="dxa"/>
            </w:tcMar>
            <w:vAlign w:val="center"/>
          </w:tcPr>
          <w:p w14:paraId="28F2A24F" w14:textId="77777777" w:rsidR="00C36338" w:rsidRDefault="00000000">
            <w:pPr>
              <w:spacing w:after="80" w:line="252" w:lineRule="auto"/>
              <w:jc w:val="center"/>
            </w:pPr>
            <w:r>
              <w:rPr>
                <w:b/>
                <w:color w:val="FFFFFF"/>
              </w:rPr>
              <w:t>SATURDAY</w:t>
            </w:r>
            <w:r>
              <w:br/>
            </w:r>
            <w:r>
              <w:rPr>
                <w:b/>
                <w:color w:val="FFFFFF"/>
              </w:rPr>
              <w:t>December 5</w:t>
            </w:r>
          </w:p>
        </w:tc>
        <w:tc>
          <w:tcPr>
            <w:tcW w:w="8280" w:type="dxa"/>
            <w:tcBorders>
              <w:top w:val="single" w:sz="8" w:space="0" w:color="D1D5DB"/>
              <w:left w:val="single" w:sz="8" w:space="0" w:color="D1D5DB"/>
              <w:bottom w:val="single" w:sz="8" w:space="0" w:color="D1D5DB"/>
              <w:right w:val="single" w:sz="8" w:space="0" w:color="D1D5DB"/>
            </w:tcBorders>
            <w:shd w:val="clear" w:color="auto" w:fill="FBFAF7"/>
            <w:tcMar>
              <w:top w:w="85" w:type="dxa"/>
              <w:left w:w="95" w:type="dxa"/>
              <w:bottom w:w="85" w:type="dxa"/>
              <w:right w:w="95" w:type="dxa"/>
            </w:tcMar>
            <w:vAlign w:val="center"/>
          </w:tcPr>
          <w:p w14:paraId="7F49812B" w14:textId="77777777" w:rsidR="00C36338" w:rsidRDefault="00000000">
            <w:pPr>
              <w:spacing w:after="80" w:line="252" w:lineRule="auto"/>
            </w:pPr>
            <w:r>
              <w:rPr>
                <w:b/>
                <w:color w:val="06234B"/>
              </w:rPr>
              <w:t>Acts 28</w:t>
            </w:r>
          </w:p>
          <w:p w14:paraId="41ED51F8" w14:textId="77777777" w:rsidR="00C36338" w:rsidRDefault="00000000">
            <w:pPr>
              <w:spacing w:after="80" w:line="252" w:lineRule="auto"/>
            </w:pPr>
            <w:r>
              <w:rPr>
                <w:b/>
                <w:color w:val="C59540"/>
              </w:rPr>
              <w:t xml:space="preserve">Reading Note: </w:t>
            </w:r>
            <w:r>
              <w:t>Acts ends with Paul still proclaiming the kingdom and teaching about Jesus with boldness. The story is unfinished because the mission continues. The question is how we will keep living as witnesses where God has placed us.</w:t>
            </w:r>
          </w:p>
        </w:tc>
      </w:tr>
    </w:tbl>
    <w:p w14:paraId="525676D2" w14:textId="77777777" w:rsidR="00C36338" w:rsidRDefault="00000000">
      <w:pPr>
        <w:spacing w:after="120" w:line="259" w:lineRule="auto"/>
      </w:pPr>
      <w:r>
        <w:br w:type="page"/>
      </w:r>
    </w:p>
    <w:p w14:paraId="10AEBED8" w14:textId="77777777" w:rsidR="00A753DA" w:rsidRDefault="00A753DA"/>
    <w:sectPr w:rsidR="00A753DA" w:rsidSect="00034616">
      <w:headerReference w:type="default" r:id="rId17"/>
      <w:footerReference w:type="default" r:id="rId18"/>
      <w:headerReference w:type="first" r:id="rId19"/>
      <w:footerReference w:type="first" r:id="rId20"/>
      <w:pgSz w:w="12240" w:h="15840"/>
      <w:pgMar w:top="648" w:right="792" w:bottom="648" w:left="792" w:header="317"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EE918" w14:textId="77777777" w:rsidR="00A753DA" w:rsidRDefault="00A753DA">
      <w:pPr>
        <w:spacing w:after="0" w:line="240" w:lineRule="auto"/>
      </w:pPr>
      <w:r>
        <w:separator/>
      </w:r>
    </w:p>
  </w:endnote>
  <w:endnote w:type="continuationSeparator" w:id="0">
    <w:p w14:paraId="00785D87" w14:textId="77777777" w:rsidR="00A753DA" w:rsidRDefault="00A75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CC77" w14:textId="77777777" w:rsidR="00C36338" w:rsidRDefault="00000000">
    <w:pPr>
      <w:pStyle w:val="Footer"/>
      <w:jc w:val="center"/>
    </w:pPr>
    <w:r>
      <w:rPr>
        <w:color w:val="4B5563"/>
      </w:rPr>
      <w:t>STEADY MEN 16:13  |  ROOTED IN THE WORD  |  FALL SESSION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BAC4" w14:textId="77777777" w:rsidR="00C36338" w:rsidRDefault="00C36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02A5A" w14:textId="77777777" w:rsidR="00A753DA" w:rsidRDefault="00A753DA">
      <w:pPr>
        <w:spacing w:after="0" w:line="240" w:lineRule="auto"/>
      </w:pPr>
      <w:r>
        <w:separator/>
      </w:r>
    </w:p>
  </w:footnote>
  <w:footnote w:type="continuationSeparator" w:id="0">
    <w:p w14:paraId="4D3F31F9" w14:textId="77777777" w:rsidR="00A753DA" w:rsidRDefault="00A75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24E6" w14:textId="77777777" w:rsidR="00C36338" w:rsidRDefault="00C36338">
    <w:pPr>
      <w:pStyle w:val="Header"/>
    </w:pPr>
  </w:p>
  <w:tbl>
    <w:tblPr>
      <w:tblW w:w="9500" w:type="dxa"/>
      <w:jc w:val="center"/>
      <w:tblLook w:val="04A0" w:firstRow="1" w:lastRow="0" w:firstColumn="1" w:lastColumn="0" w:noHBand="0" w:noVBand="1"/>
    </w:tblPr>
    <w:tblGrid>
      <w:gridCol w:w="8526"/>
      <w:gridCol w:w="974"/>
    </w:tblGrid>
    <w:tr w:rsidR="00C36338" w14:paraId="516A3089" w14:textId="77777777">
      <w:trPr>
        <w:jc w:val="center"/>
      </w:trPr>
      <w:tc>
        <w:tcPr>
          <w:tcW w:w="9216"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07D17AE7" w14:textId="77777777" w:rsidR="00C36338" w:rsidRDefault="00000000">
          <w:r>
            <w:rPr>
              <w:b/>
              <w:color w:val="06234B"/>
            </w:rPr>
            <w:t>STEADY MEN 16:13</w:t>
          </w:r>
          <w:r>
            <w:rPr>
              <w:b/>
              <w:color w:val="C59540"/>
            </w:rPr>
            <w:t xml:space="preserve">  |  ROOTED IN THE WORD</w:t>
          </w:r>
        </w:p>
      </w:tc>
      <w:tc>
        <w:tcPr>
          <w:tcW w:w="1008"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0A64A066" w14:textId="77777777" w:rsidR="00C36338" w:rsidRDefault="00000000">
          <w:pPr>
            <w:jc w:val="right"/>
          </w:pPr>
          <w:r>
            <w:rPr>
              <w:noProof/>
            </w:rPr>
            <w:drawing>
              <wp:inline distT="0" distB="0" distL="0" distR="0" wp14:anchorId="3DF54604" wp14:editId="058BEB56">
                <wp:extent cx="384048" cy="384048"/>
                <wp:effectExtent l="0" t="0" r="0" b="0"/>
                <wp:docPr id="931714323" name="Picture 931714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and Gold Crest.png"/>
                        <pic:cNvPicPr/>
                      </pic:nvPicPr>
                      <pic:blipFill>
                        <a:blip r:embed="rId1"/>
                        <a:stretch>
                          <a:fillRect/>
                        </a:stretch>
                      </pic:blipFill>
                      <pic:spPr>
                        <a:xfrm>
                          <a:off x="0" y="0"/>
                          <a:ext cx="384048" cy="384048"/>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F140" w14:textId="77777777" w:rsidR="00C36338" w:rsidRDefault="00C36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9135724">
    <w:abstractNumId w:val="8"/>
  </w:num>
  <w:num w:numId="2" w16cid:durableId="856699579">
    <w:abstractNumId w:val="6"/>
  </w:num>
  <w:num w:numId="3" w16cid:durableId="706950696">
    <w:abstractNumId w:val="5"/>
  </w:num>
  <w:num w:numId="4" w16cid:durableId="1240945556">
    <w:abstractNumId w:val="4"/>
  </w:num>
  <w:num w:numId="5" w16cid:durableId="464740098">
    <w:abstractNumId w:val="7"/>
  </w:num>
  <w:num w:numId="6" w16cid:durableId="2058358496">
    <w:abstractNumId w:val="3"/>
  </w:num>
  <w:num w:numId="7" w16cid:durableId="933592975">
    <w:abstractNumId w:val="2"/>
  </w:num>
  <w:num w:numId="8" w16cid:durableId="460878338">
    <w:abstractNumId w:val="1"/>
  </w:num>
  <w:num w:numId="9" w16cid:durableId="197744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42A93"/>
    <w:rsid w:val="00701642"/>
    <w:rsid w:val="00A753DA"/>
    <w:rsid w:val="00AA1D8D"/>
    <w:rsid w:val="00B47730"/>
    <w:rsid w:val="00C3633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CD3D1C"/>
  <w14:defaultImageDpi w14:val="300"/>
  <w15:docId w15:val="{1DD6A0DD-E5F8-4C2F-8DAB-7BF8E3DF2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1F2937"/>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bleproject.com/videos/luke-1-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ibleproject.com/videos/acts-13-2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ibleproject.com/videos/acts-13-2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bleproject.com/videos/acts-1-12/" TargetMode="External"/><Relationship Id="rId5" Type="http://schemas.openxmlformats.org/officeDocument/2006/relationships/webSettings" Target="webSettings.xml"/><Relationship Id="rId15" Type="http://schemas.openxmlformats.org/officeDocument/2006/relationships/hyperlink" Target="https://bibleproject.com/videos/acts-1-12/" TargetMode="External"/><Relationship Id="rId10" Type="http://schemas.openxmlformats.org/officeDocument/2006/relationships/hyperlink" Target="https://bibleproject.com/videos/luke-10-2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bibleproject.com/videos/luke-1-9/" TargetMode="External"/><Relationship Id="rId14" Type="http://schemas.openxmlformats.org/officeDocument/2006/relationships/hyperlink" Target="https://bibleproject.com/videos/luke-10-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3629</Words>
  <Characters>20691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Neal, Joshua</cp:lastModifiedBy>
  <cp:revision>2</cp:revision>
  <dcterms:created xsi:type="dcterms:W3CDTF">2026-09-06T18:13:00Z</dcterms:created>
  <dcterms:modified xsi:type="dcterms:W3CDTF">2026-09-06T18:13:00Z</dcterms:modified>
  <cp:category/>
</cp:coreProperties>
</file>